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798F" w14:textId="447758EC" w:rsidR="003F07DD" w:rsidRDefault="003F07DD" w:rsidP="00592D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97B1A3F" w14:textId="77777777" w:rsidR="002C7ED1" w:rsidRPr="00FA418E" w:rsidRDefault="002C7ED1" w:rsidP="002C7ED1">
      <w:pPr>
        <w:tabs>
          <w:tab w:val="left" w:pos="30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FA418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D30A547" wp14:editId="6E41595A">
            <wp:extent cx="777934" cy="74329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14" cy="752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18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                    </w:t>
      </w:r>
      <w:r w:rsidR="0073500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</w:t>
      </w:r>
      <w:r w:rsidRPr="00FA418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</w:t>
      </w:r>
      <w:r w:rsidRPr="00FA418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C0DB340" wp14:editId="14A28B46">
            <wp:extent cx="778258" cy="689504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882" cy="698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ABEAD" w14:textId="77777777" w:rsidR="002C7ED1" w:rsidRPr="00FA418E" w:rsidRDefault="002C7ED1" w:rsidP="002C7ED1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2B61B9E2" w14:textId="77777777" w:rsidR="002C7ED1" w:rsidRPr="00FA418E" w:rsidRDefault="002C7ED1" w:rsidP="00735003">
      <w:pPr>
        <w:tabs>
          <w:tab w:val="left" w:pos="100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32"/>
          <w:szCs w:val="32"/>
          <w:lang w:val="sq-AL"/>
        </w:rPr>
      </w:pPr>
      <w:r w:rsidRPr="00FA418E">
        <w:rPr>
          <w:rFonts w:ascii="Book Antiqua" w:eastAsia="Times New Roman" w:hAnsi="Book Antiqua" w:cs="Times New Roman"/>
          <w:b/>
          <w:sz w:val="32"/>
          <w:szCs w:val="32"/>
          <w:lang w:val="sq-AL"/>
        </w:rPr>
        <w:t>Republika e Kosovës</w:t>
      </w:r>
    </w:p>
    <w:p w14:paraId="5F24CE12" w14:textId="77777777" w:rsidR="002C7ED1" w:rsidRPr="00FA418E" w:rsidRDefault="002C7ED1" w:rsidP="00735003">
      <w:pPr>
        <w:tabs>
          <w:tab w:val="left" w:pos="100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  <w:lang w:val="sq-AL"/>
        </w:rPr>
      </w:pPr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>Republika Kosova/</w:t>
      </w:r>
      <w:proofErr w:type="spellStart"/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>Republic</w:t>
      </w:r>
      <w:proofErr w:type="spellEnd"/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 xml:space="preserve"> </w:t>
      </w:r>
      <w:proofErr w:type="spellStart"/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>of</w:t>
      </w:r>
      <w:proofErr w:type="spellEnd"/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 xml:space="preserve"> </w:t>
      </w:r>
      <w:proofErr w:type="spellStart"/>
      <w:r w:rsidRPr="00FA418E">
        <w:rPr>
          <w:rFonts w:ascii="Book Antiqua" w:eastAsia="Times New Roman" w:hAnsi="Book Antiqua" w:cs="Times New Roman"/>
          <w:b/>
          <w:sz w:val="26"/>
          <w:szCs w:val="26"/>
          <w:lang w:val="sq-AL"/>
        </w:rPr>
        <w:t>Kosovo</w:t>
      </w:r>
      <w:proofErr w:type="spellEnd"/>
    </w:p>
    <w:p w14:paraId="22026082" w14:textId="77777777" w:rsidR="002C7ED1" w:rsidRPr="00FA418E" w:rsidRDefault="002C7ED1" w:rsidP="00735003">
      <w:pPr>
        <w:tabs>
          <w:tab w:val="left" w:pos="100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</w:pPr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 xml:space="preserve">Akademia e Drejtësisë / </w:t>
      </w:r>
      <w:proofErr w:type="spellStart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>Akademija</w:t>
      </w:r>
      <w:proofErr w:type="spellEnd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>Pravde</w:t>
      </w:r>
      <w:proofErr w:type="spellEnd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 xml:space="preserve"> / </w:t>
      </w:r>
      <w:proofErr w:type="spellStart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>Academy</w:t>
      </w:r>
      <w:proofErr w:type="spellEnd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>of</w:t>
      </w:r>
      <w:proofErr w:type="spellEnd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Book Antiqua" w:eastAsia="Times New Roman" w:hAnsi="Book Antiqua" w:cs="Times New Roman"/>
          <w:b/>
          <w:i/>
          <w:sz w:val="24"/>
          <w:szCs w:val="24"/>
          <w:lang w:val="sq-AL"/>
        </w:rPr>
        <w:t>Justice</w:t>
      </w:r>
      <w:proofErr w:type="spellEnd"/>
    </w:p>
    <w:p w14:paraId="503D1825" w14:textId="77777777" w:rsidR="002C7ED1" w:rsidRPr="00FA418E" w:rsidRDefault="002C7ED1" w:rsidP="002C7ED1">
      <w:pPr>
        <w:spacing w:after="436" w:line="223" w:lineRule="auto"/>
        <w:ind w:right="1101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FA418E">
        <w:rPr>
          <w:rFonts w:ascii="Times New Roman" w:eastAsia="Calibri" w:hAnsi="Times New Roman" w:cs="Times New Roman"/>
          <w:b/>
          <w:sz w:val="24"/>
          <w:szCs w:val="24"/>
          <w:lang w:val="sq-AL"/>
        </w:rPr>
        <w:t>Shtojca nr. 1</w:t>
      </w:r>
    </w:p>
    <w:p w14:paraId="52D410C4" w14:textId="77777777" w:rsidR="002C7ED1" w:rsidRPr="00FA418E" w:rsidRDefault="002C7ED1" w:rsidP="002C7ED1">
      <w:pPr>
        <w:spacing w:after="436" w:line="223" w:lineRule="auto"/>
        <w:ind w:left="1425" w:right="1101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APLIKACION PUNËSIMI/KËRKESA PËR PUNËSIM/ PRIJAVA/ZAHTEV ZA PRIJEM U RADNI ODNOS</w:t>
      </w:r>
    </w:p>
    <w:p w14:paraId="2C941A6D" w14:textId="77777777" w:rsidR="002C7ED1" w:rsidRPr="00FA418E" w:rsidRDefault="002C7ED1" w:rsidP="002C7ED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INSTITUCIONI/ INSTITUCIJA:</w:t>
      </w:r>
    </w:p>
    <w:p w14:paraId="48C69EAA" w14:textId="77777777" w:rsidR="002C7ED1" w:rsidRPr="00FA418E" w:rsidRDefault="002C7ED1" w:rsidP="002C7ED1">
      <w:pPr>
        <w:spacing w:after="0" w:line="259" w:lineRule="auto"/>
        <w:ind w:left="3597" w:right="-158"/>
        <w:rPr>
          <w:lang w:val="sq-AL"/>
        </w:rPr>
      </w:pPr>
      <w:r w:rsidRPr="00FA418E">
        <w:rPr>
          <w:noProof/>
        </w:rPr>
        <mc:AlternateContent>
          <mc:Choice Requires="wpg">
            <w:drawing>
              <wp:inline distT="0" distB="0" distL="0" distR="0" wp14:anchorId="3AC5BAEC" wp14:editId="4EA0B5F1">
                <wp:extent cx="4079019" cy="143123"/>
                <wp:effectExtent l="0" t="0" r="17145" b="0"/>
                <wp:docPr id="192835" name="Group 192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9019" cy="143123"/>
                          <a:chOff x="0" y="0"/>
                          <a:chExt cx="4157446" cy="22849"/>
                        </a:xfrm>
                      </wpg:grpSpPr>
                      <wps:wsp>
                        <wps:cNvPr id="192834" name="Shape 192834"/>
                        <wps:cNvSpPr/>
                        <wps:spPr>
                          <a:xfrm>
                            <a:off x="0" y="0"/>
                            <a:ext cx="4157446" cy="2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7446" h="22849">
                                <a:moveTo>
                                  <a:pt x="0" y="11424"/>
                                </a:moveTo>
                                <a:lnTo>
                                  <a:pt x="4157446" y="11424"/>
                                </a:lnTo>
                              </a:path>
                            </a:pathLst>
                          </a:custGeom>
                          <a:ln w="228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2BAF7" id="Group 192835" o:spid="_x0000_s1026" style="width:321.2pt;height:11.25pt;mso-position-horizontal-relative:char;mso-position-vertical-relative:line" coordsize="41574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">
                <v:shape id="Shape 192834" o:spid="_x0000_s1027" style="position:absolute;width:41574;height:228;visibility:visible;mso-wrap-style:square;v-text-anchor:top" coordsize="4157446,2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" path="m,11424r4157446,e" filled="f" strokeweight=".63469mm">
                  <v:stroke miterlimit="1" joinstyle="miter"/>
                  <v:path arrowok="t" textboxrect="0,0,4157446,22849"/>
                </v:shape>
                <w10:anchorlock/>
              </v:group>
            </w:pict>
          </mc:Fallback>
        </mc:AlternateContent>
      </w:r>
    </w:p>
    <w:p w14:paraId="06C1BC26" w14:textId="77777777" w:rsidR="002C7ED1" w:rsidRPr="00FA418E" w:rsidRDefault="002C7ED1" w:rsidP="002C7ED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Titulli i pozitës/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Naziv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radnog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mesta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515BAFDB" w14:textId="77777777" w:rsidR="002C7ED1" w:rsidRPr="00FA418E" w:rsidRDefault="002C7ED1" w:rsidP="002C7ED1">
      <w:pPr>
        <w:spacing w:after="0" w:line="259" w:lineRule="auto"/>
        <w:ind w:left="4194" w:right="-158"/>
        <w:rPr>
          <w:lang w:val="sq-AL"/>
        </w:rPr>
      </w:pPr>
      <w:r w:rsidRPr="00FA418E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70BFF6" wp14:editId="2E80F8F0">
                <wp:simplePos x="0" y="0"/>
                <wp:positionH relativeFrom="column">
                  <wp:posOffset>3792220</wp:posOffset>
                </wp:positionH>
                <wp:positionV relativeFrom="paragraph">
                  <wp:posOffset>177165</wp:posOffset>
                </wp:positionV>
                <wp:extent cx="2567305" cy="396875"/>
                <wp:effectExtent l="0" t="0" r="23495" b="0"/>
                <wp:wrapSquare wrapText="bothSides"/>
                <wp:docPr id="192839" name="Group 192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7305" cy="396875"/>
                          <a:chOff x="0" y="0"/>
                          <a:chExt cx="2266036" cy="22849"/>
                        </a:xfrm>
                      </wpg:grpSpPr>
                      <wps:wsp>
                        <wps:cNvPr id="192838" name="Shape 192838"/>
                        <wps:cNvSpPr/>
                        <wps:spPr>
                          <a:xfrm>
                            <a:off x="0" y="0"/>
                            <a:ext cx="2266036" cy="2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036" h="22849">
                                <a:moveTo>
                                  <a:pt x="0" y="11424"/>
                                </a:moveTo>
                                <a:lnTo>
                                  <a:pt x="2266036" y="11424"/>
                                </a:lnTo>
                              </a:path>
                            </a:pathLst>
                          </a:custGeom>
                          <a:ln w="228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F6544F" id="Group 192839" o:spid="_x0000_s1026" style="position:absolute;margin-left:298.6pt;margin-top:13.95pt;width:202.15pt;height:31.25pt;z-index:251664384;mso-width-relative:margin" coordsize="22660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">
                <v:shape id="Shape 192838" o:spid="_x0000_s1027" style="position:absolute;width:22660;height:228;visibility:visible;mso-wrap-style:square;v-text-anchor:top" coordsize="2266036,2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" path="m,11424r2266036,e" filled="f" strokeweight=".63469mm">
                  <v:stroke miterlimit="1" joinstyle="miter"/>
                  <v:path arrowok="t" textboxrect="0,0,2266036,22849"/>
                </v:shape>
                <w10:wrap type="square"/>
              </v:group>
            </w:pict>
          </mc:Fallback>
        </mc:AlternateContent>
      </w:r>
      <w:r w:rsidRPr="00FA418E">
        <w:rPr>
          <w:noProof/>
        </w:rPr>
        <mc:AlternateContent>
          <mc:Choice Requires="wpg">
            <w:drawing>
              <wp:inline distT="0" distB="0" distL="0" distR="0" wp14:anchorId="24DAEE59" wp14:editId="7DF69A07">
                <wp:extent cx="3696942" cy="119269"/>
                <wp:effectExtent l="0" t="0" r="18415" b="0"/>
                <wp:docPr id="192837" name="Group 192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6942" cy="119269"/>
                          <a:chOff x="0" y="0"/>
                          <a:chExt cx="3778250" cy="22849"/>
                        </a:xfrm>
                      </wpg:grpSpPr>
                      <wps:wsp>
                        <wps:cNvPr id="192836" name="Shape 192836"/>
                        <wps:cNvSpPr/>
                        <wps:spPr>
                          <a:xfrm>
                            <a:off x="0" y="0"/>
                            <a:ext cx="3778250" cy="2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8250" h="22849">
                                <a:moveTo>
                                  <a:pt x="0" y="11424"/>
                                </a:moveTo>
                                <a:lnTo>
                                  <a:pt x="3778250" y="11424"/>
                                </a:lnTo>
                              </a:path>
                            </a:pathLst>
                          </a:custGeom>
                          <a:ln w="228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DAC01" id="Group 192837" o:spid="_x0000_s1026" style="width:291.1pt;height:9.4pt;mso-position-horizontal-relative:char;mso-position-vertical-relative:line" coordsize="37782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">
                <v:shape id="Shape 192836" o:spid="_x0000_s1027" style="position:absolute;width:37782;height:228;visibility:visible;mso-wrap-style:square;v-text-anchor:top" coordsize="3778250,2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" path="m,11424r3778250,e" filled="f" strokeweight=".63469mm">
                  <v:stroke miterlimit="1" joinstyle="miter"/>
                  <v:path arrowok="t" textboxrect="0,0,3778250,22849"/>
                </v:shape>
                <w10:anchorlock/>
              </v:group>
            </w:pict>
          </mc:Fallback>
        </mc:AlternateContent>
      </w:r>
    </w:p>
    <w:p w14:paraId="45764B49" w14:textId="77777777" w:rsidR="002C7ED1" w:rsidRPr="00FA418E" w:rsidRDefault="002C7ED1" w:rsidP="002C7ED1">
      <w:pPr>
        <w:spacing w:after="0" w:line="259" w:lineRule="auto"/>
        <w:ind w:right="-158"/>
        <w:rPr>
          <w:lang w:val="sq-AL"/>
        </w:rPr>
      </w:pPr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Numri i referencës së pozitës/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Broj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reference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radnog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mesta</w:t>
      </w:r>
      <w:proofErr w:type="spellEnd"/>
      <w:r w:rsidRPr="00FA418E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66330A7B" w14:textId="77777777" w:rsidR="002C7ED1" w:rsidRPr="00FA418E" w:rsidRDefault="002C7ED1" w:rsidP="002C7ED1">
      <w:pPr>
        <w:tabs>
          <w:tab w:val="left" w:pos="1002"/>
        </w:tabs>
        <w:rPr>
          <w:lang w:val="sq-AL"/>
        </w:rPr>
      </w:pPr>
      <w:r w:rsidRPr="00FA418E">
        <w:rPr>
          <w:lang w:val="sq-AL"/>
        </w:rPr>
        <w:tab/>
      </w:r>
    </w:p>
    <w:p w14:paraId="4F25FE27" w14:textId="77777777" w:rsidR="002C7ED1" w:rsidRPr="00FA418E" w:rsidRDefault="002C7ED1" w:rsidP="002C7ED1">
      <w:pPr>
        <w:tabs>
          <w:tab w:val="left" w:pos="1002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A418E">
        <w:rPr>
          <w:lang w:val="sq-AL"/>
        </w:rPr>
        <w:t xml:space="preserve">Ju </w:t>
      </w:r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lutemi përgjigjuni në çdo pyetje qartë dhe plotësisht dhe plotësoni me ngjyrë të kaltër ose të zezë. Aplikacioni duhet të nënshkruhet/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Molimo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vas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da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svako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pitanje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odgovorite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potpunio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Pisite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citko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plavim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ili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srnim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Matilom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Aplikacija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 xml:space="preserve"> mora biti </w:t>
      </w:r>
      <w:proofErr w:type="spellStart"/>
      <w:r w:rsidRPr="00FA418E">
        <w:rPr>
          <w:rFonts w:ascii="Times New Roman" w:hAnsi="Times New Roman" w:cs="Times New Roman"/>
          <w:sz w:val="24"/>
          <w:szCs w:val="24"/>
          <w:lang w:val="sq-AL"/>
        </w:rPr>
        <w:t>potpisana</w:t>
      </w:r>
      <w:proofErr w:type="spellEnd"/>
      <w:r w:rsidRPr="00FA418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tbl>
      <w:tblPr>
        <w:tblStyle w:val="TableGrid0"/>
        <w:tblpPr w:leftFromText="180" w:rightFromText="180" w:vertAnchor="text" w:horzAnchor="margin" w:tblpX="-438" w:tblpY="326"/>
        <w:tblW w:w="102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9" w:type="dxa"/>
        </w:tblCellMar>
        <w:tblLook w:val="04A0" w:firstRow="1" w:lastRow="0" w:firstColumn="1" w:lastColumn="0" w:noHBand="0" w:noVBand="1"/>
      </w:tblPr>
      <w:tblGrid>
        <w:gridCol w:w="1407"/>
        <w:gridCol w:w="594"/>
        <w:gridCol w:w="755"/>
        <w:gridCol w:w="383"/>
        <w:gridCol w:w="295"/>
        <w:gridCol w:w="1028"/>
        <w:gridCol w:w="9"/>
        <w:gridCol w:w="535"/>
        <w:gridCol w:w="379"/>
        <w:gridCol w:w="423"/>
        <w:gridCol w:w="422"/>
        <w:gridCol w:w="22"/>
        <w:gridCol w:w="290"/>
        <w:gridCol w:w="179"/>
        <w:gridCol w:w="80"/>
        <w:gridCol w:w="509"/>
        <w:gridCol w:w="476"/>
        <w:gridCol w:w="339"/>
        <w:gridCol w:w="98"/>
        <w:gridCol w:w="112"/>
        <w:gridCol w:w="205"/>
        <w:gridCol w:w="118"/>
        <w:gridCol w:w="11"/>
        <w:gridCol w:w="350"/>
        <w:gridCol w:w="359"/>
        <w:gridCol w:w="257"/>
        <w:gridCol w:w="133"/>
        <w:gridCol w:w="492"/>
      </w:tblGrid>
      <w:tr w:rsidR="002C7ED1" w:rsidRPr="00FA418E" w14:paraId="6FB63E61" w14:textId="77777777" w:rsidTr="00256DA9">
        <w:trPr>
          <w:trHeight w:val="470"/>
        </w:trPr>
        <w:tc>
          <w:tcPr>
            <w:tcW w:w="2013" w:type="dxa"/>
            <w:gridSpan w:val="2"/>
            <w:vAlign w:val="center"/>
          </w:tcPr>
          <w:p w14:paraId="7F940677" w14:textId="77777777" w:rsidR="002C7ED1" w:rsidRPr="00FA418E" w:rsidRDefault="002C7ED1" w:rsidP="00256DA9">
            <w:pPr>
              <w:spacing w:line="259" w:lineRule="auto"/>
              <w:ind w:left="39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Emri - Ime</w:t>
            </w:r>
          </w:p>
        </w:tc>
        <w:tc>
          <w:tcPr>
            <w:tcW w:w="2506" w:type="dxa"/>
            <w:gridSpan w:val="4"/>
            <w:vAlign w:val="center"/>
          </w:tcPr>
          <w:p w14:paraId="6CC8FD70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160" w:type="dxa"/>
            <w:gridSpan w:val="8"/>
            <w:vAlign w:val="center"/>
          </w:tcPr>
          <w:p w14:paraId="75AF956A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Mbiemri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Prezime</w:t>
            </w:r>
            <w:proofErr w:type="spellEnd"/>
          </w:p>
        </w:tc>
        <w:tc>
          <w:tcPr>
            <w:tcW w:w="3581" w:type="dxa"/>
            <w:gridSpan w:val="14"/>
          </w:tcPr>
          <w:p w14:paraId="6C03FAB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6F1538F1" w14:textId="77777777" w:rsidTr="00256DA9">
        <w:trPr>
          <w:trHeight w:val="419"/>
        </w:trPr>
        <w:tc>
          <w:tcPr>
            <w:tcW w:w="2013" w:type="dxa"/>
            <w:gridSpan w:val="2"/>
            <w:vAlign w:val="bottom"/>
          </w:tcPr>
          <w:p w14:paraId="3D8411D7" w14:textId="77777777" w:rsidR="002C7ED1" w:rsidRPr="00FA418E" w:rsidRDefault="002C7ED1" w:rsidP="00256DA9">
            <w:pPr>
              <w:spacing w:line="259" w:lineRule="auto"/>
              <w:ind w:left="39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Data e lindjes</w:t>
            </w:r>
          </w:p>
          <w:p w14:paraId="0EAD2FAA" w14:textId="77777777" w:rsidR="002C7ED1" w:rsidRPr="00FA418E" w:rsidRDefault="002C7ED1" w:rsidP="00256DA9">
            <w:pPr>
              <w:spacing w:line="259" w:lineRule="auto"/>
              <w:ind w:left="39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Datum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rodjenja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  <w:tc>
          <w:tcPr>
            <w:tcW w:w="2506" w:type="dxa"/>
            <w:gridSpan w:val="4"/>
          </w:tcPr>
          <w:p w14:paraId="250A35F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160" w:type="dxa"/>
            <w:gridSpan w:val="8"/>
          </w:tcPr>
          <w:p w14:paraId="13C54130" w14:textId="77777777" w:rsidR="002C7ED1" w:rsidRPr="00FA418E" w:rsidRDefault="002C7ED1" w:rsidP="00256DA9">
            <w:pPr>
              <w:spacing w:line="259" w:lineRule="auto"/>
              <w:ind w:right="1538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Gjinia/ Pol/</w:t>
            </w:r>
          </w:p>
        </w:tc>
        <w:tc>
          <w:tcPr>
            <w:tcW w:w="1066" w:type="dxa"/>
            <w:gridSpan w:val="3"/>
          </w:tcPr>
          <w:p w14:paraId="11629CF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M/M</w:t>
            </w:r>
          </w:p>
        </w:tc>
        <w:tc>
          <w:tcPr>
            <w:tcW w:w="76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C70FF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10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F7A221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F/ZH</w:t>
            </w:r>
          </w:p>
        </w:tc>
        <w:tc>
          <w:tcPr>
            <w:tcW w:w="64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13AE5E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7539C4B6" w14:textId="77777777" w:rsidTr="00256DA9">
        <w:trPr>
          <w:trHeight w:val="421"/>
        </w:trPr>
        <w:tc>
          <w:tcPr>
            <w:tcW w:w="4519" w:type="dxa"/>
            <w:gridSpan w:val="6"/>
            <w:vAlign w:val="bottom"/>
          </w:tcPr>
          <w:p w14:paraId="1C366BDD" w14:textId="77777777" w:rsidR="002C7ED1" w:rsidRPr="00FA418E" w:rsidRDefault="002C7ED1" w:rsidP="00256DA9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Vendi dhe komuna e lindjes-Mesto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rodjena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I 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opstina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  <w:tc>
          <w:tcPr>
            <w:tcW w:w="5741" w:type="dxa"/>
            <w:gridSpan w:val="22"/>
            <w:tcBorders>
              <w:top w:val="nil"/>
              <w:bottom w:val="nil"/>
            </w:tcBorders>
            <w:shd w:val="clear" w:color="auto" w:fill="auto"/>
          </w:tcPr>
          <w:p w14:paraId="6ED4CFEE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4505382D" w14:textId="77777777" w:rsidTr="00256DA9">
        <w:trPr>
          <w:trHeight w:val="549"/>
        </w:trPr>
        <w:tc>
          <w:tcPr>
            <w:tcW w:w="4525" w:type="dxa"/>
            <w:gridSpan w:val="7"/>
          </w:tcPr>
          <w:p w14:paraId="443C5FA5" w14:textId="77777777" w:rsidR="002C7ED1" w:rsidRPr="00FA418E" w:rsidRDefault="002C7ED1" w:rsidP="00256DA9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Nr. personal i letërnjoftimit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Licni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broj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licne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karte: </w:t>
            </w:r>
          </w:p>
        </w:tc>
        <w:tc>
          <w:tcPr>
            <w:tcW w:w="488" w:type="dxa"/>
          </w:tcPr>
          <w:p w14:paraId="5B2E1B93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51" w:type="dxa"/>
          </w:tcPr>
          <w:p w14:paraId="12E4C00E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13" w:type="dxa"/>
          </w:tcPr>
          <w:p w14:paraId="6CA890E8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38" w:type="dxa"/>
            <w:gridSpan w:val="2"/>
          </w:tcPr>
          <w:p w14:paraId="19CBFA7C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64" w:type="dxa"/>
            <w:gridSpan w:val="2"/>
          </w:tcPr>
          <w:p w14:paraId="41553798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89" w:type="dxa"/>
            <w:gridSpan w:val="2"/>
            <w:shd w:val="clear" w:color="auto" w:fill="auto"/>
          </w:tcPr>
          <w:p w14:paraId="7D42A62B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77" w:type="dxa"/>
            <w:shd w:val="clear" w:color="auto" w:fill="auto"/>
          </w:tcPr>
          <w:p w14:paraId="00EDCBAB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38" w:type="dxa"/>
            <w:gridSpan w:val="2"/>
            <w:shd w:val="clear" w:color="auto" w:fill="auto"/>
          </w:tcPr>
          <w:p w14:paraId="3DAAFEF7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51" w:type="dxa"/>
            <w:gridSpan w:val="4"/>
            <w:shd w:val="clear" w:color="auto" w:fill="auto"/>
          </w:tcPr>
          <w:p w14:paraId="64042B23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51" w:type="dxa"/>
            <w:shd w:val="clear" w:color="auto" w:fill="auto"/>
          </w:tcPr>
          <w:p w14:paraId="0EF7C81E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63" w:type="dxa"/>
            <w:shd w:val="clear" w:color="auto" w:fill="auto"/>
          </w:tcPr>
          <w:p w14:paraId="52C4D7AD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401" w:type="dxa"/>
            <w:gridSpan w:val="2"/>
            <w:shd w:val="clear" w:color="auto" w:fill="auto"/>
          </w:tcPr>
          <w:p w14:paraId="6492EB33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511" w:type="dxa"/>
            <w:shd w:val="clear" w:color="auto" w:fill="auto"/>
          </w:tcPr>
          <w:p w14:paraId="7355FE2F" w14:textId="77777777" w:rsidR="002C7ED1" w:rsidRPr="00FA418E" w:rsidRDefault="002C7ED1" w:rsidP="00256DA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07E243DC" w14:textId="77777777" w:rsidTr="00256DA9">
        <w:trPr>
          <w:trHeight w:val="452"/>
        </w:trPr>
        <w:tc>
          <w:tcPr>
            <w:tcW w:w="1419" w:type="dxa"/>
          </w:tcPr>
          <w:p w14:paraId="7448EDC9" w14:textId="77777777" w:rsidR="002C7ED1" w:rsidRPr="00FA418E" w:rsidRDefault="002C7ED1" w:rsidP="00256DA9">
            <w:pPr>
              <w:spacing w:line="259" w:lineRule="auto"/>
              <w:ind w:left="38" w:hanging="7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Gjendja martesore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Bracno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stana</w:t>
            </w:r>
            <w:proofErr w:type="spellEnd"/>
          </w:p>
        </w:tc>
        <w:tc>
          <w:tcPr>
            <w:tcW w:w="1360" w:type="dxa"/>
            <w:gridSpan w:val="2"/>
          </w:tcPr>
          <w:p w14:paraId="2CD73740" w14:textId="77777777" w:rsidR="002C7ED1" w:rsidRPr="00FA418E" w:rsidRDefault="002C7ED1" w:rsidP="00256DA9">
            <w:pPr>
              <w:spacing w:line="259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l/e pa martuar</w:t>
            </w:r>
          </w:p>
          <w:p w14:paraId="576F5635" w14:textId="77777777" w:rsidR="002C7ED1" w:rsidRPr="00FA418E" w:rsidRDefault="002C7ED1" w:rsidP="00256DA9">
            <w:pPr>
              <w:spacing w:line="259" w:lineRule="auto"/>
              <w:ind w:left="35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Neozenjen</w:t>
            </w:r>
            <w:proofErr w:type="spellEnd"/>
          </w:p>
        </w:tc>
        <w:tc>
          <w:tcPr>
            <w:tcW w:w="397" w:type="dxa"/>
          </w:tcPr>
          <w:p w14:paraId="654B25CA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343" w:type="dxa"/>
            <w:gridSpan w:val="2"/>
          </w:tcPr>
          <w:p w14:paraId="0EF59DDD" w14:textId="77777777" w:rsidR="002C7ED1" w:rsidRPr="00FA418E" w:rsidRDefault="002C7ED1" w:rsidP="00256DA9">
            <w:pPr>
              <w:spacing w:line="259" w:lineRule="auto"/>
              <w:ind w:left="27" w:firstLine="7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I/e martuar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Ozenjen</w:t>
            </w:r>
            <w:proofErr w:type="spellEnd"/>
          </w:p>
        </w:tc>
        <w:tc>
          <w:tcPr>
            <w:tcW w:w="494" w:type="dxa"/>
            <w:gridSpan w:val="2"/>
          </w:tcPr>
          <w:p w14:paraId="7FB5D4D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255" w:type="dxa"/>
            <w:gridSpan w:val="8"/>
          </w:tcPr>
          <w:p w14:paraId="7DB326BA" w14:textId="77777777" w:rsidR="002C7ED1" w:rsidRPr="00FA418E" w:rsidRDefault="002C7ED1" w:rsidP="00256DA9">
            <w:pPr>
              <w:spacing w:line="259" w:lineRule="auto"/>
              <w:ind w:left="93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l/e shkurorëzuar</w:t>
            </w:r>
          </w:p>
          <w:p w14:paraId="5CE199B1" w14:textId="77777777" w:rsidR="002C7ED1" w:rsidRPr="00FA418E" w:rsidRDefault="002C7ED1" w:rsidP="00256DA9">
            <w:pPr>
              <w:spacing w:line="259" w:lineRule="auto"/>
              <w:ind w:left="35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Razveden</w:t>
            </w:r>
            <w:proofErr w:type="spellEnd"/>
          </w:p>
        </w:tc>
        <w:tc>
          <w:tcPr>
            <w:tcW w:w="477" w:type="dxa"/>
          </w:tcPr>
          <w:p w14:paraId="55D1F956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603" w:type="dxa"/>
            <w:gridSpan w:val="8"/>
            <w:vAlign w:val="bottom"/>
          </w:tcPr>
          <w:p w14:paraId="73573081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I/e ve</w:t>
            </w:r>
          </w:p>
          <w:p w14:paraId="72ECC404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Udovac</w:t>
            </w:r>
            <w:proofErr w:type="spellEnd"/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/a</w:t>
            </w:r>
          </w:p>
          <w:p w14:paraId="0028B0BD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912" w:type="dxa"/>
            <w:gridSpan w:val="3"/>
          </w:tcPr>
          <w:p w14:paraId="3410E9B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735003" w14:paraId="3B884BF2" w14:textId="77777777" w:rsidTr="00256DA9">
        <w:trPr>
          <w:trHeight w:val="453"/>
        </w:trPr>
        <w:tc>
          <w:tcPr>
            <w:tcW w:w="3176" w:type="dxa"/>
            <w:gridSpan w:val="4"/>
          </w:tcPr>
          <w:p w14:paraId="0E5209E5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Adresa e tanishme/</w:t>
            </w:r>
          </w:p>
          <w:p w14:paraId="7C5247CA" w14:textId="77777777" w:rsidR="002C7ED1" w:rsidRPr="00FA418E" w:rsidRDefault="002C7ED1" w:rsidP="00256DA9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Adresa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stanovanje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  <w:tc>
          <w:tcPr>
            <w:tcW w:w="7084" w:type="dxa"/>
            <w:gridSpan w:val="24"/>
          </w:tcPr>
          <w:p w14:paraId="7B991A06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735003" w14:paraId="4073EDBF" w14:textId="77777777" w:rsidTr="00256DA9">
        <w:trPr>
          <w:trHeight w:val="741"/>
        </w:trPr>
        <w:tc>
          <w:tcPr>
            <w:tcW w:w="3176" w:type="dxa"/>
            <w:gridSpan w:val="4"/>
          </w:tcPr>
          <w:p w14:paraId="76D64ED0" w14:textId="77777777" w:rsidR="002C7ED1" w:rsidRPr="00FA418E" w:rsidRDefault="002C7ED1" w:rsidP="00256DA9">
            <w:pPr>
              <w:spacing w:line="259" w:lineRule="auto"/>
              <w:ind w:left="31" w:right="242" w:hanging="14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Adresa e përhershme, nëse ndryshon nga e tanishmja /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lastRenderedPageBreak/>
              <w:t>Stalna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adresa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ako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nije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ista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sadasnjom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  <w:tc>
          <w:tcPr>
            <w:tcW w:w="7084" w:type="dxa"/>
            <w:gridSpan w:val="24"/>
          </w:tcPr>
          <w:p w14:paraId="169A81D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01504A5E" w14:textId="77777777" w:rsidTr="00256DA9">
        <w:trPr>
          <w:trHeight w:val="403"/>
        </w:trPr>
        <w:tc>
          <w:tcPr>
            <w:tcW w:w="3176" w:type="dxa"/>
            <w:gridSpan w:val="4"/>
            <w:vAlign w:val="bottom"/>
          </w:tcPr>
          <w:p w14:paraId="3A748DA8" w14:textId="77777777" w:rsidR="002C7ED1" w:rsidRPr="00FA418E" w:rsidRDefault="002C7ED1" w:rsidP="00256DA9">
            <w:pPr>
              <w:spacing w:line="259" w:lineRule="auto"/>
              <w:ind w:left="31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Numri i telefonit /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Broj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telefona.</w:t>
            </w:r>
          </w:p>
        </w:tc>
        <w:tc>
          <w:tcPr>
            <w:tcW w:w="3329" w:type="dxa"/>
            <w:gridSpan w:val="9"/>
            <w:vAlign w:val="center"/>
          </w:tcPr>
          <w:p w14:paraId="246B34A2" w14:textId="77777777" w:rsidR="002C7ED1" w:rsidRPr="00FA418E" w:rsidRDefault="002C7ED1" w:rsidP="00256DA9">
            <w:pPr>
              <w:spacing w:line="259" w:lineRule="auto"/>
              <w:ind w:left="20"/>
              <w:rPr>
                <w:lang w:val="sq-AL"/>
              </w:rPr>
            </w:pPr>
            <w:r w:rsidRPr="00FA418E">
              <w:rPr>
                <w:rFonts w:ascii="Calibri" w:eastAsia="Calibri" w:hAnsi="Calibri" w:cs="Calibri"/>
                <w:lang w:val="sq-AL"/>
              </w:rPr>
              <w:t>Tel:</w:t>
            </w:r>
          </w:p>
        </w:tc>
        <w:tc>
          <w:tcPr>
            <w:tcW w:w="3755" w:type="dxa"/>
            <w:gridSpan w:val="15"/>
          </w:tcPr>
          <w:p w14:paraId="3FCEF315" w14:textId="77777777" w:rsidR="002C7ED1" w:rsidRPr="00FA418E" w:rsidRDefault="002C7ED1" w:rsidP="00256DA9">
            <w:pPr>
              <w:spacing w:after="160" w:line="259" w:lineRule="auto"/>
              <w:rPr>
                <w:lang w:val="sq-AL"/>
              </w:rPr>
            </w:pPr>
          </w:p>
        </w:tc>
      </w:tr>
      <w:tr w:rsidR="002C7ED1" w:rsidRPr="00FA418E" w14:paraId="249D05F6" w14:textId="77777777" w:rsidTr="00256DA9">
        <w:trPr>
          <w:trHeight w:val="525"/>
        </w:trPr>
        <w:tc>
          <w:tcPr>
            <w:tcW w:w="6200" w:type="dxa"/>
            <w:gridSpan w:val="11"/>
            <w:vMerge w:val="restart"/>
          </w:tcPr>
          <w:p w14:paraId="0041B48B" w14:textId="77777777" w:rsidR="002C7ED1" w:rsidRPr="00FA418E" w:rsidRDefault="002C7ED1" w:rsidP="00256DA9">
            <w:pPr>
              <w:spacing w:line="259" w:lineRule="auto"/>
              <w:ind w:left="24" w:right="257" w:hanging="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 dëshironi të deklaroheni për përkatësinë etnike, nëse përgjigja është “PO”, shënoni Cila është përkatësia juaj:/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li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hocete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se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izjasnite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o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etnickoj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pripadnosti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,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ako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odgovor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je 'I DA”,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recite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koja je vasa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etnicka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pripadnost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:</w:t>
            </w:r>
          </w:p>
        </w:tc>
        <w:tc>
          <w:tcPr>
            <w:tcW w:w="1885" w:type="dxa"/>
            <w:gridSpan w:val="7"/>
            <w:vAlign w:val="bottom"/>
          </w:tcPr>
          <w:p w14:paraId="73B7FB68" w14:textId="77777777" w:rsidR="002C7ED1" w:rsidRPr="00FA418E" w:rsidRDefault="002C7ED1" w:rsidP="00256DA9">
            <w:pPr>
              <w:spacing w:line="259" w:lineRule="auto"/>
              <w:ind w:right="116"/>
              <w:jc w:val="center"/>
              <w:rPr>
                <w:lang w:val="sq-AL"/>
              </w:rPr>
            </w:pPr>
            <w:r w:rsidRPr="00FA418E">
              <w:rPr>
                <w:rFonts w:ascii="Calibri" w:eastAsia="Calibri" w:hAnsi="Calibri" w:cs="Calibri"/>
                <w:lang w:val="sq-AL"/>
              </w:rPr>
              <w:t>PO - DA</w:t>
            </w:r>
          </w:p>
        </w:tc>
        <w:tc>
          <w:tcPr>
            <w:tcW w:w="2175" w:type="dxa"/>
            <w:gridSpan w:val="10"/>
            <w:vAlign w:val="bottom"/>
          </w:tcPr>
          <w:p w14:paraId="7434B1FC" w14:textId="77777777" w:rsidR="002C7ED1" w:rsidRPr="00FA418E" w:rsidRDefault="002C7ED1" w:rsidP="00256DA9">
            <w:pPr>
              <w:spacing w:line="259" w:lineRule="auto"/>
              <w:ind w:right="93"/>
              <w:jc w:val="center"/>
              <w:rPr>
                <w:lang w:val="sq-AL"/>
              </w:rPr>
            </w:pPr>
            <w:r w:rsidRPr="00FA418E">
              <w:rPr>
                <w:rFonts w:ascii="Calibri" w:eastAsia="Calibri" w:hAnsi="Calibri" w:cs="Calibri"/>
                <w:sz w:val="26"/>
                <w:lang w:val="sq-AL"/>
              </w:rPr>
              <w:t>JO-NE</w:t>
            </w:r>
          </w:p>
        </w:tc>
      </w:tr>
      <w:tr w:rsidR="002C7ED1" w:rsidRPr="00FA418E" w14:paraId="1D3FD7BD" w14:textId="77777777" w:rsidTr="00256DA9">
        <w:trPr>
          <w:trHeight w:val="458"/>
        </w:trPr>
        <w:tc>
          <w:tcPr>
            <w:tcW w:w="6200" w:type="dxa"/>
            <w:gridSpan w:val="11"/>
            <w:vMerge/>
          </w:tcPr>
          <w:p w14:paraId="36FA7A1F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559" w:type="dxa"/>
            <w:gridSpan w:val="4"/>
          </w:tcPr>
          <w:p w14:paraId="422BC33D" w14:textId="77777777" w:rsidR="002C7ED1" w:rsidRPr="00FA418E" w:rsidRDefault="002C7ED1" w:rsidP="00256DA9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1326" w:type="dxa"/>
            <w:gridSpan w:val="3"/>
          </w:tcPr>
          <w:p w14:paraId="23EDDC0B" w14:textId="77777777" w:rsidR="002C7ED1" w:rsidRPr="00FA418E" w:rsidRDefault="002C7ED1" w:rsidP="00256DA9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538" w:type="dxa"/>
            <w:gridSpan w:val="4"/>
          </w:tcPr>
          <w:p w14:paraId="771F6683" w14:textId="77777777" w:rsidR="002C7ED1" w:rsidRPr="00FA418E" w:rsidRDefault="002C7ED1" w:rsidP="00256DA9">
            <w:pPr>
              <w:spacing w:after="160" w:line="259" w:lineRule="auto"/>
              <w:rPr>
                <w:lang w:val="sq-AL"/>
              </w:rPr>
            </w:pPr>
          </w:p>
        </w:tc>
        <w:tc>
          <w:tcPr>
            <w:tcW w:w="1637" w:type="dxa"/>
            <w:gridSpan w:val="6"/>
          </w:tcPr>
          <w:p w14:paraId="0AACAB9A" w14:textId="77777777" w:rsidR="002C7ED1" w:rsidRPr="00FA418E" w:rsidRDefault="002C7ED1" w:rsidP="00256DA9">
            <w:pPr>
              <w:spacing w:after="160" w:line="259" w:lineRule="auto"/>
              <w:rPr>
                <w:lang w:val="sq-AL"/>
              </w:rPr>
            </w:pPr>
          </w:p>
        </w:tc>
      </w:tr>
      <w:tr w:rsidR="002C7ED1" w:rsidRPr="00FA418E" w14:paraId="4907B3F8" w14:textId="77777777" w:rsidTr="00256DA9">
        <w:trPr>
          <w:trHeight w:val="504"/>
        </w:trPr>
        <w:tc>
          <w:tcPr>
            <w:tcW w:w="10260" w:type="dxa"/>
            <w:gridSpan w:val="28"/>
          </w:tcPr>
          <w:p w14:paraId="35442841" w14:textId="77777777" w:rsidR="002C7ED1" w:rsidRPr="00FA418E" w:rsidRDefault="002C7ED1" w:rsidP="00256DA9">
            <w:pPr>
              <w:spacing w:line="259" w:lineRule="auto"/>
              <w:ind w:left="31"/>
              <w:rPr>
                <w:rFonts w:ascii="Times New Roman" w:hAnsi="Times New Roman" w:cs="Times New Roman"/>
                <w:b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SHKOLLIMI: Jepni detaje të plota, titujt e saktë të gradave shkencore/</w:t>
            </w:r>
          </w:p>
          <w:p w14:paraId="12C9211B" w14:textId="77777777" w:rsidR="002C7ED1" w:rsidRPr="00FA418E" w:rsidRDefault="002C7ED1" w:rsidP="00256DA9">
            <w:pPr>
              <w:spacing w:line="259" w:lineRule="auto"/>
              <w:ind w:left="31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OBRAZOVANJE: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Dajte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potpune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odatke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,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navedite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tacan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naziv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diplome/</w:t>
            </w:r>
          </w:p>
        </w:tc>
      </w:tr>
      <w:tr w:rsidR="002C7ED1" w:rsidRPr="00FA418E" w14:paraId="7C812A84" w14:textId="77777777" w:rsidTr="00256DA9">
        <w:trPr>
          <w:trHeight w:val="363"/>
        </w:trPr>
        <w:tc>
          <w:tcPr>
            <w:tcW w:w="3472" w:type="dxa"/>
            <w:gridSpan w:val="5"/>
          </w:tcPr>
          <w:p w14:paraId="478FFC8C" w14:textId="77777777" w:rsidR="002C7ED1" w:rsidRPr="00FA418E" w:rsidRDefault="002C7ED1" w:rsidP="00256DA9">
            <w:pPr>
              <w:spacing w:line="259" w:lineRule="auto"/>
              <w:ind w:right="6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Universiteti/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Univerziteti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:</w:t>
            </w:r>
          </w:p>
        </w:tc>
        <w:tc>
          <w:tcPr>
            <w:tcW w:w="6788" w:type="dxa"/>
            <w:gridSpan w:val="23"/>
            <w:vAlign w:val="bottom"/>
          </w:tcPr>
          <w:p w14:paraId="79D85D5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8CAFFF0" w14:textId="77777777" w:rsidTr="00256DA9">
        <w:trPr>
          <w:trHeight w:val="446"/>
        </w:trPr>
        <w:tc>
          <w:tcPr>
            <w:tcW w:w="3472" w:type="dxa"/>
            <w:gridSpan w:val="5"/>
            <w:vMerge w:val="restart"/>
            <w:vAlign w:val="center"/>
          </w:tcPr>
          <w:p w14:paraId="0249036A" w14:textId="77777777" w:rsidR="002C7ED1" w:rsidRPr="00FA418E" w:rsidRDefault="002C7ED1" w:rsidP="00256DA9">
            <w:pPr>
              <w:spacing w:line="259" w:lineRule="auto"/>
              <w:ind w:left="39" w:right="1065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Emri dhe vendi i Institucionit</w:t>
            </w:r>
          </w:p>
          <w:p w14:paraId="4614BDEB" w14:textId="77777777" w:rsidR="002C7ED1" w:rsidRPr="00FA418E" w:rsidRDefault="002C7ED1" w:rsidP="00256DA9">
            <w:pPr>
              <w:spacing w:line="259" w:lineRule="auto"/>
              <w:ind w:left="39" w:right="1065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Ime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lokacija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Institucije</w:t>
            </w:r>
            <w:proofErr w:type="spellEnd"/>
          </w:p>
        </w:tc>
        <w:tc>
          <w:tcPr>
            <w:tcW w:w="3033" w:type="dxa"/>
            <w:gridSpan w:val="8"/>
            <w:vAlign w:val="center"/>
          </w:tcPr>
          <w:p w14:paraId="24C6B3FF" w14:textId="77777777" w:rsidR="002C7ED1" w:rsidRPr="00FA418E" w:rsidRDefault="002C7ED1" w:rsidP="00256DA9">
            <w:pPr>
              <w:spacing w:line="259" w:lineRule="auto"/>
              <w:ind w:right="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Vijimi -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Pohadjane</w:t>
            </w:r>
            <w:proofErr w:type="spellEnd"/>
          </w:p>
        </w:tc>
        <w:tc>
          <w:tcPr>
            <w:tcW w:w="1790" w:type="dxa"/>
            <w:gridSpan w:val="7"/>
            <w:vMerge w:val="restart"/>
          </w:tcPr>
          <w:p w14:paraId="75F3FD06" w14:textId="77777777" w:rsidR="002C7ED1" w:rsidRPr="00FA418E" w:rsidRDefault="002C7ED1" w:rsidP="00256DA9">
            <w:pPr>
              <w:spacing w:line="235" w:lineRule="auto"/>
              <w:ind w:left="372" w:firstLine="14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Tituj,nderimet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akademike/</w:t>
            </w:r>
          </w:p>
          <w:p w14:paraId="2C3EC2A5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Diplome,akedemsk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o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priznanje</w:t>
            </w:r>
            <w:proofErr w:type="spellEnd"/>
          </w:p>
        </w:tc>
        <w:tc>
          <w:tcPr>
            <w:tcW w:w="1965" w:type="dxa"/>
            <w:gridSpan w:val="8"/>
            <w:vMerge w:val="restart"/>
            <w:vAlign w:val="center"/>
          </w:tcPr>
          <w:p w14:paraId="7EBE0A55" w14:textId="77777777" w:rsidR="002C7ED1" w:rsidRPr="00FA418E" w:rsidRDefault="002C7ED1" w:rsidP="00256DA9">
            <w:pPr>
              <w:spacing w:after="6" w:line="220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Drejtimi i studimeve/</w:t>
            </w:r>
          </w:p>
          <w:p w14:paraId="5B9F4947" w14:textId="77777777" w:rsidR="002C7ED1" w:rsidRPr="00FA418E" w:rsidRDefault="002C7ED1" w:rsidP="00256DA9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Predmet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studija</w:t>
            </w:r>
            <w:proofErr w:type="spellEnd"/>
          </w:p>
        </w:tc>
      </w:tr>
      <w:tr w:rsidR="002C7ED1" w:rsidRPr="00FA418E" w14:paraId="245534B6" w14:textId="77777777" w:rsidTr="00256DA9">
        <w:trPr>
          <w:trHeight w:val="494"/>
        </w:trPr>
        <w:tc>
          <w:tcPr>
            <w:tcW w:w="3472" w:type="dxa"/>
            <w:gridSpan w:val="5"/>
            <w:vMerge/>
          </w:tcPr>
          <w:p w14:paraId="6EC9572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3D225401" w14:textId="77777777" w:rsidR="002C7ED1" w:rsidRPr="00FA418E" w:rsidRDefault="002C7ED1" w:rsidP="00256DA9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Prej—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Od</w:t>
            </w:r>
            <w:proofErr w:type="spellEnd"/>
          </w:p>
        </w:tc>
        <w:tc>
          <w:tcPr>
            <w:tcW w:w="1492" w:type="dxa"/>
            <w:gridSpan w:val="5"/>
            <w:vAlign w:val="center"/>
          </w:tcPr>
          <w:p w14:paraId="68FD918A" w14:textId="77777777" w:rsidR="002C7ED1" w:rsidRPr="00FA418E" w:rsidRDefault="002C7ED1" w:rsidP="00256DA9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0" w:type="auto"/>
            <w:gridSpan w:val="7"/>
            <w:vMerge/>
          </w:tcPr>
          <w:p w14:paraId="62C5398A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965" w:type="dxa"/>
            <w:gridSpan w:val="8"/>
            <w:vMerge/>
          </w:tcPr>
          <w:p w14:paraId="433D5E3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5076EEB0" w14:textId="77777777" w:rsidTr="00256DA9">
        <w:trPr>
          <w:trHeight w:val="374"/>
        </w:trPr>
        <w:tc>
          <w:tcPr>
            <w:tcW w:w="3472" w:type="dxa"/>
            <w:gridSpan w:val="5"/>
            <w:vAlign w:val="center"/>
          </w:tcPr>
          <w:p w14:paraId="73D3E8D4" w14:textId="77777777" w:rsidR="002C7ED1" w:rsidRPr="00FA418E" w:rsidRDefault="002C7ED1" w:rsidP="00256DA9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41" w:type="dxa"/>
            <w:gridSpan w:val="3"/>
          </w:tcPr>
          <w:p w14:paraId="23980E7E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492" w:type="dxa"/>
            <w:gridSpan w:val="5"/>
          </w:tcPr>
          <w:p w14:paraId="1B70CCD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90" w:type="dxa"/>
            <w:gridSpan w:val="7"/>
          </w:tcPr>
          <w:p w14:paraId="516E4DFC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965" w:type="dxa"/>
            <w:gridSpan w:val="8"/>
          </w:tcPr>
          <w:p w14:paraId="0FB2912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4CCE6851" w14:textId="77777777" w:rsidTr="00256DA9">
        <w:trPr>
          <w:trHeight w:val="403"/>
        </w:trPr>
        <w:tc>
          <w:tcPr>
            <w:tcW w:w="3472" w:type="dxa"/>
            <w:gridSpan w:val="5"/>
          </w:tcPr>
          <w:p w14:paraId="7DAFC341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41" w:type="dxa"/>
            <w:gridSpan w:val="3"/>
          </w:tcPr>
          <w:p w14:paraId="5AE2955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492" w:type="dxa"/>
            <w:gridSpan w:val="5"/>
          </w:tcPr>
          <w:p w14:paraId="418806D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90" w:type="dxa"/>
            <w:gridSpan w:val="7"/>
            <w:vAlign w:val="bottom"/>
          </w:tcPr>
          <w:p w14:paraId="1A7B56F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965" w:type="dxa"/>
            <w:gridSpan w:val="8"/>
          </w:tcPr>
          <w:p w14:paraId="08C370E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6FD0278C" w14:textId="77777777" w:rsidTr="00256DA9">
        <w:trPr>
          <w:trHeight w:val="331"/>
        </w:trPr>
        <w:tc>
          <w:tcPr>
            <w:tcW w:w="10260" w:type="dxa"/>
            <w:gridSpan w:val="28"/>
          </w:tcPr>
          <w:p w14:paraId="2584B994" w14:textId="77777777" w:rsidR="002C7ED1" w:rsidRPr="00FA418E" w:rsidRDefault="002C7ED1" w:rsidP="00256DA9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Shkolla e mesme ose shkollim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tjeter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mesëm -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Srednja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skola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drugo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srednje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obrazovanje</w:t>
            </w:r>
            <w:proofErr w:type="spellEnd"/>
          </w:p>
        </w:tc>
      </w:tr>
      <w:tr w:rsidR="002C7ED1" w:rsidRPr="00735003" w14:paraId="42522972" w14:textId="77777777" w:rsidTr="00256DA9">
        <w:trPr>
          <w:trHeight w:val="364"/>
        </w:trPr>
        <w:tc>
          <w:tcPr>
            <w:tcW w:w="3472" w:type="dxa"/>
            <w:gridSpan w:val="5"/>
            <w:vMerge w:val="restart"/>
            <w:vAlign w:val="center"/>
          </w:tcPr>
          <w:p w14:paraId="1F8A1C53" w14:textId="77777777" w:rsidR="002C7ED1" w:rsidRPr="00FA418E" w:rsidRDefault="002C7ED1" w:rsidP="00256DA9">
            <w:pPr>
              <w:spacing w:line="259" w:lineRule="auto"/>
              <w:ind w:left="39" w:right="1058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Emri dhe vendi i Institucionit Ime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lokacija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Institucije</w:t>
            </w:r>
            <w:proofErr w:type="spellEnd"/>
          </w:p>
        </w:tc>
        <w:tc>
          <w:tcPr>
            <w:tcW w:w="3033" w:type="dxa"/>
            <w:gridSpan w:val="8"/>
          </w:tcPr>
          <w:p w14:paraId="106D5660" w14:textId="77777777" w:rsidR="002C7ED1" w:rsidRPr="00FA418E" w:rsidRDefault="002C7ED1" w:rsidP="00256DA9">
            <w:pPr>
              <w:spacing w:line="259" w:lineRule="auto"/>
              <w:ind w:right="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Vijimi -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Pohadjane</w:t>
            </w:r>
            <w:proofErr w:type="spellEnd"/>
          </w:p>
        </w:tc>
        <w:tc>
          <w:tcPr>
            <w:tcW w:w="3755" w:type="dxa"/>
            <w:gridSpan w:val="15"/>
            <w:vMerge w:val="restart"/>
            <w:vAlign w:val="center"/>
          </w:tcPr>
          <w:p w14:paraId="4D975985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Certifikata ose diploma e fituar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Dobijeni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certikati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diplome</w:t>
            </w:r>
          </w:p>
        </w:tc>
      </w:tr>
      <w:tr w:rsidR="002C7ED1" w:rsidRPr="00FA418E" w14:paraId="6B7D2FB1" w14:textId="77777777" w:rsidTr="00256DA9">
        <w:trPr>
          <w:trHeight w:val="348"/>
        </w:trPr>
        <w:tc>
          <w:tcPr>
            <w:tcW w:w="3472" w:type="dxa"/>
            <w:gridSpan w:val="5"/>
            <w:vMerge/>
          </w:tcPr>
          <w:p w14:paraId="650CC3FE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41" w:type="dxa"/>
            <w:gridSpan w:val="3"/>
          </w:tcPr>
          <w:p w14:paraId="35C7CF5A" w14:textId="77777777" w:rsidR="002C7ED1" w:rsidRPr="00FA418E" w:rsidRDefault="002C7ED1" w:rsidP="00256DA9">
            <w:pPr>
              <w:spacing w:line="259" w:lineRule="auto"/>
              <w:ind w:left="6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prej-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Od</w:t>
            </w:r>
            <w:proofErr w:type="spellEnd"/>
          </w:p>
        </w:tc>
        <w:tc>
          <w:tcPr>
            <w:tcW w:w="1492" w:type="dxa"/>
            <w:gridSpan w:val="5"/>
          </w:tcPr>
          <w:p w14:paraId="4D6A6EA2" w14:textId="77777777" w:rsidR="002C7ED1" w:rsidRPr="00FA418E" w:rsidRDefault="002C7ED1" w:rsidP="00256DA9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3755" w:type="dxa"/>
            <w:gridSpan w:val="15"/>
            <w:vMerge/>
          </w:tcPr>
          <w:p w14:paraId="07232CE0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9EF8D75" w14:textId="77777777" w:rsidTr="00256DA9">
        <w:trPr>
          <w:trHeight w:val="324"/>
        </w:trPr>
        <w:tc>
          <w:tcPr>
            <w:tcW w:w="3472" w:type="dxa"/>
            <w:gridSpan w:val="5"/>
          </w:tcPr>
          <w:p w14:paraId="3C9B7A7C" w14:textId="77777777" w:rsidR="002C7ED1" w:rsidRPr="00FA418E" w:rsidRDefault="002C7ED1" w:rsidP="00256DA9">
            <w:pPr>
              <w:spacing w:line="259" w:lineRule="auto"/>
              <w:ind w:left="111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41" w:type="dxa"/>
            <w:gridSpan w:val="3"/>
          </w:tcPr>
          <w:p w14:paraId="33B6B12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492" w:type="dxa"/>
            <w:gridSpan w:val="5"/>
          </w:tcPr>
          <w:p w14:paraId="02B6F14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3755" w:type="dxa"/>
            <w:gridSpan w:val="15"/>
          </w:tcPr>
          <w:p w14:paraId="3F53B911" w14:textId="77777777" w:rsidR="002C7ED1" w:rsidRPr="00FA418E" w:rsidRDefault="002C7ED1" w:rsidP="00256DA9">
            <w:pPr>
              <w:spacing w:line="259" w:lineRule="auto"/>
              <w:ind w:right="198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</w:tr>
    </w:tbl>
    <w:p w14:paraId="46128889" w14:textId="77777777" w:rsidR="002C7ED1" w:rsidRPr="00FA418E" w:rsidRDefault="002C7ED1" w:rsidP="002C7ED1">
      <w:pPr>
        <w:spacing w:after="223" w:line="259" w:lineRule="auto"/>
        <w:ind w:left="58" w:right="-187"/>
        <w:rPr>
          <w:lang w:val="sq-AL"/>
        </w:rPr>
      </w:pPr>
    </w:p>
    <w:tbl>
      <w:tblPr>
        <w:tblStyle w:val="TableGrid0"/>
        <w:tblW w:w="10350" w:type="dxa"/>
        <w:tblInd w:w="-453" w:type="dxa"/>
        <w:tblCellMar>
          <w:top w:w="23" w:type="dxa"/>
          <w:left w:w="24" w:type="dxa"/>
          <w:right w:w="108" w:type="dxa"/>
        </w:tblCellMar>
        <w:tblLook w:val="04A0" w:firstRow="1" w:lastRow="0" w:firstColumn="1" w:lastColumn="0" w:noHBand="0" w:noVBand="1"/>
      </w:tblPr>
      <w:tblGrid>
        <w:gridCol w:w="3179"/>
        <w:gridCol w:w="604"/>
        <w:gridCol w:w="878"/>
        <w:gridCol w:w="295"/>
        <w:gridCol w:w="896"/>
        <w:gridCol w:w="600"/>
        <w:gridCol w:w="892"/>
        <w:gridCol w:w="894"/>
        <w:gridCol w:w="2112"/>
      </w:tblGrid>
      <w:tr w:rsidR="002C7ED1" w:rsidRPr="00FA418E" w14:paraId="16BEAA6A" w14:textId="77777777" w:rsidTr="00256DA9">
        <w:trPr>
          <w:trHeight w:val="497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CD11A" w14:textId="77777777" w:rsidR="002C7ED1" w:rsidRPr="00FA418E" w:rsidRDefault="002C7ED1" w:rsidP="00256DA9">
            <w:pPr>
              <w:spacing w:line="259" w:lineRule="auto"/>
              <w:ind w:left="43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Shkollimi ose trajnimet tjera profesionale/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Obrazovanje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ostale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profesionalne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kvalifikacije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  <w:tr w:rsidR="002C7ED1" w:rsidRPr="00735003" w14:paraId="0FB6F352" w14:textId="77777777" w:rsidTr="00256DA9">
        <w:trPr>
          <w:trHeight w:val="494"/>
        </w:trPr>
        <w:tc>
          <w:tcPr>
            <w:tcW w:w="3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C616D" w14:textId="77777777" w:rsidR="002C7ED1" w:rsidRPr="00FA418E" w:rsidRDefault="002C7ED1" w:rsidP="00256DA9">
            <w:pPr>
              <w:spacing w:line="259" w:lineRule="auto"/>
              <w:ind w:left="50" w:right="345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Emri dhe vendi i Institucionit </w:t>
            </w:r>
          </w:p>
          <w:p w14:paraId="29525FED" w14:textId="77777777" w:rsidR="002C7ED1" w:rsidRPr="00FA418E" w:rsidRDefault="002C7ED1" w:rsidP="00256DA9">
            <w:pPr>
              <w:spacing w:line="259" w:lineRule="auto"/>
              <w:ind w:left="50" w:right="345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Ime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lokacija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Institucije</w:t>
            </w:r>
            <w:proofErr w:type="spellEnd"/>
          </w:p>
        </w:tc>
        <w:tc>
          <w:tcPr>
            <w:tcW w:w="2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36CBF5" w14:textId="77777777" w:rsidR="002C7ED1" w:rsidRPr="00FA418E" w:rsidRDefault="002C7ED1" w:rsidP="00256DA9">
            <w:pPr>
              <w:spacing w:line="259" w:lineRule="auto"/>
              <w:ind w:left="112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Lloji -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Vrsta</w:t>
            </w:r>
            <w:proofErr w:type="spellEnd"/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B4D12" w14:textId="77777777" w:rsidR="002C7ED1" w:rsidRPr="00FA418E" w:rsidRDefault="002C7ED1" w:rsidP="00256DA9">
            <w:pPr>
              <w:spacing w:line="259" w:lineRule="auto"/>
              <w:ind w:left="105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Prej-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Od</w:t>
            </w:r>
            <w:proofErr w:type="spellEnd"/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887EE" w14:textId="77777777" w:rsidR="002C7ED1" w:rsidRPr="00FA418E" w:rsidRDefault="002C7ED1" w:rsidP="00256DA9">
            <w:pPr>
              <w:spacing w:line="259" w:lineRule="auto"/>
              <w:ind w:left="98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36783" w14:textId="77777777" w:rsidR="002C7ED1" w:rsidRPr="00FA418E" w:rsidRDefault="002C7ED1" w:rsidP="00256DA9">
            <w:pPr>
              <w:spacing w:line="259" w:lineRule="auto"/>
              <w:ind w:left="297" w:hanging="194"/>
              <w:jc w:val="center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Çe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. ose diploma e fituar/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Dob.Cert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.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diplome</w:t>
            </w:r>
          </w:p>
        </w:tc>
      </w:tr>
      <w:tr w:rsidR="002C7ED1" w:rsidRPr="00735003" w14:paraId="33A23FD5" w14:textId="77777777" w:rsidTr="00256DA9">
        <w:trPr>
          <w:trHeight w:val="497"/>
        </w:trPr>
        <w:tc>
          <w:tcPr>
            <w:tcW w:w="3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15C6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24CBB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68B10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1923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34B0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25712F82" w14:textId="77777777" w:rsidTr="00256DA9">
        <w:trPr>
          <w:trHeight w:val="497"/>
        </w:trPr>
        <w:tc>
          <w:tcPr>
            <w:tcW w:w="3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7A49E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3443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D1E3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DFAC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A7E6F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38B8B452" w14:textId="77777777" w:rsidTr="00256DA9">
        <w:trPr>
          <w:trHeight w:val="497"/>
        </w:trPr>
        <w:tc>
          <w:tcPr>
            <w:tcW w:w="3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8572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3831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853EF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8D51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4727A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20DF9DF2" w14:textId="77777777" w:rsidTr="00256DA9">
        <w:trPr>
          <w:trHeight w:val="497"/>
        </w:trPr>
        <w:tc>
          <w:tcPr>
            <w:tcW w:w="37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A8D5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C7354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156F9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27929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EC02F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65872150" w14:textId="77777777" w:rsidTr="00256DA9">
        <w:trPr>
          <w:trHeight w:val="504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B22B5" w14:textId="77777777" w:rsidR="002C7ED1" w:rsidRPr="00FA418E" w:rsidRDefault="002C7ED1" w:rsidP="00256DA9">
            <w:pPr>
              <w:spacing w:line="259" w:lineRule="auto"/>
              <w:ind w:left="29" w:right="1566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Përvoja e punës (duke filluar nga ajo e fundit), të jepen detaje të plota dhe të qarta./ </w:t>
            </w:r>
          </w:p>
          <w:p w14:paraId="4F2F52C5" w14:textId="77777777" w:rsidR="002C7ED1" w:rsidRPr="00FA418E" w:rsidRDefault="002C7ED1" w:rsidP="00256DA9">
            <w:pPr>
              <w:spacing w:line="259" w:lineRule="auto"/>
              <w:ind w:left="29" w:right="1566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iskustvo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(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poceti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sa 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skorijim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,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iznesite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potpune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jasne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podatke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./</w:t>
            </w:r>
          </w:p>
        </w:tc>
      </w:tr>
      <w:tr w:rsidR="002C7ED1" w:rsidRPr="00FA418E" w14:paraId="3A7B18C1" w14:textId="77777777" w:rsidTr="00256DA9">
        <w:trPr>
          <w:trHeight w:val="497"/>
        </w:trPr>
        <w:tc>
          <w:tcPr>
            <w:tcW w:w="49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5DA6C" w14:textId="77777777" w:rsidR="002C7ED1" w:rsidRPr="00FA418E" w:rsidRDefault="002C7ED1" w:rsidP="00256DA9">
            <w:pPr>
              <w:spacing w:line="259" w:lineRule="auto"/>
              <w:ind w:left="21" w:right="1597" w:hanging="7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Titulli i vendit të punës/ </w:t>
            </w:r>
          </w:p>
          <w:p w14:paraId="3D692B57" w14:textId="77777777" w:rsidR="002C7ED1" w:rsidRPr="00FA418E" w:rsidRDefault="002C7ED1" w:rsidP="00256DA9">
            <w:pPr>
              <w:spacing w:line="259" w:lineRule="auto"/>
              <w:ind w:left="21" w:right="1597" w:hanging="7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Naziv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3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074B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8F29CAB" w14:textId="77777777" w:rsidTr="00256DA9">
        <w:trPr>
          <w:trHeight w:val="410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17065" w14:textId="77777777" w:rsidR="002C7ED1" w:rsidRPr="00FA418E" w:rsidRDefault="002C7ED1" w:rsidP="00256DA9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Prej-OD</w:t>
            </w:r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F182B8" w14:textId="77777777" w:rsidR="002C7ED1" w:rsidRPr="00FA418E" w:rsidRDefault="002C7ED1" w:rsidP="00256DA9">
            <w:pPr>
              <w:spacing w:line="259" w:lineRule="auto"/>
              <w:ind w:left="109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0B73F" w14:textId="77777777" w:rsidR="002C7ED1" w:rsidRPr="00FA418E" w:rsidRDefault="002C7ED1" w:rsidP="00256DA9">
            <w:pPr>
              <w:spacing w:line="259" w:lineRule="auto"/>
              <w:ind w:left="112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Emri i mbikëqyrësit/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lme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nadzornika</w:t>
            </w:r>
            <w:proofErr w:type="spellEnd"/>
          </w:p>
        </w:tc>
      </w:tr>
      <w:tr w:rsidR="002C7ED1" w:rsidRPr="00FA418E" w14:paraId="70088B56" w14:textId="77777777" w:rsidTr="00256DA9">
        <w:trPr>
          <w:trHeight w:val="420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1091C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771D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6B91E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5EE8F8F8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66179" w14:textId="77777777" w:rsidR="002C7ED1" w:rsidRPr="00FA418E" w:rsidRDefault="002C7ED1" w:rsidP="00256DA9">
            <w:pPr>
              <w:spacing w:line="259" w:lineRule="auto"/>
              <w:ind w:left="22" w:right="1849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lastRenderedPageBreak/>
              <w:t xml:space="preserve">Emri i punëdhënësit/ </w:t>
            </w:r>
          </w:p>
          <w:p w14:paraId="456622EB" w14:textId="77777777" w:rsidR="002C7ED1" w:rsidRPr="00FA418E" w:rsidRDefault="002C7ED1" w:rsidP="00256DA9">
            <w:pPr>
              <w:spacing w:line="259" w:lineRule="auto"/>
              <w:ind w:left="22" w:right="1849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Ime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6618B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32917758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43C74" w14:textId="77777777" w:rsidR="002C7ED1" w:rsidRPr="00FA418E" w:rsidRDefault="002C7ED1" w:rsidP="00256DA9">
            <w:pPr>
              <w:spacing w:line="259" w:lineRule="auto"/>
              <w:ind w:right="1317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Adresa 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punëdhënesit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/ </w:t>
            </w:r>
          </w:p>
          <w:p w14:paraId="79AFF95E" w14:textId="77777777" w:rsidR="002C7ED1" w:rsidRPr="00FA418E" w:rsidRDefault="002C7ED1" w:rsidP="00256DA9">
            <w:pPr>
              <w:spacing w:line="259" w:lineRule="auto"/>
              <w:ind w:right="131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Adresa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E731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7058937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C43E9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Numri dhe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Iloji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personelit nën mbikëqyrje/ </w:t>
            </w:r>
          </w:p>
          <w:p w14:paraId="32E60C6D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Broj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vrsta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personala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pod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nadzorom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76FB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0EC7580E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AC43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Arsyet e largimit nga vendi i punës/</w:t>
            </w:r>
          </w:p>
          <w:p w14:paraId="5C7689C3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Razlog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napustanje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FEEC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FB6E074" w14:textId="77777777" w:rsidTr="00256DA9">
        <w:trPr>
          <w:trHeight w:val="360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9C0D2" w14:textId="77777777" w:rsidR="002C7ED1" w:rsidRPr="00FA418E" w:rsidRDefault="002C7ED1" w:rsidP="00256DA9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Përshkrimi i detyrave të punës/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Opis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radnih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zadataka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  <w:tr w:rsidR="002C7ED1" w:rsidRPr="00FA418E" w14:paraId="6836E846" w14:textId="77777777" w:rsidTr="00256DA9">
        <w:trPr>
          <w:trHeight w:val="1734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D8366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6E6E9777" w14:textId="77777777" w:rsidTr="00256DA9">
        <w:trPr>
          <w:trHeight w:val="497"/>
        </w:trPr>
        <w:tc>
          <w:tcPr>
            <w:tcW w:w="49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9A7F6" w14:textId="77777777" w:rsidR="002C7ED1" w:rsidRPr="00FA418E" w:rsidRDefault="002C7ED1" w:rsidP="00256DA9">
            <w:pPr>
              <w:spacing w:line="259" w:lineRule="auto"/>
              <w:ind w:left="14" w:right="1612" w:hanging="14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Titulli i vendit të punës/ </w:t>
            </w:r>
          </w:p>
          <w:p w14:paraId="5F2D5CBC" w14:textId="77777777" w:rsidR="002C7ED1" w:rsidRPr="00FA418E" w:rsidRDefault="002C7ED1" w:rsidP="00256DA9">
            <w:pPr>
              <w:spacing w:line="259" w:lineRule="auto"/>
              <w:ind w:left="14" w:right="1612" w:hanging="14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Naziv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3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865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6DF14E09" w14:textId="77777777" w:rsidTr="00256DA9">
        <w:trPr>
          <w:trHeight w:val="245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5AFD6" w14:textId="77777777" w:rsidR="002C7ED1" w:rsidRPr="00FA418E" w:rsidRDefault="002C7ED1" w:rsidP="00256DA9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Prej-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Od</w:t>
            </w:r>
            <w:proofErr w:type="spellEnd"/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7651C" w14:textId="77777777" w:rsidR="002C7ED1" w:rsidRPr="00FA418E" w:rsidRDefault="002C7ED1" w:rsidP="00256DA9">
            <w:pPr>
              <w:spacing w:line="259" w:lineRule="auto"/>
              <w:ind w:left="102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E97C5" w14:textId="77777777" w:rsidR="002C7ED1" w:rsidRPr="00FA418E" w:rsidRDefault="002C7ED1" w:rsidP="00256DA9">
            <w:pPr>
              <w:spacing w:line="259" w:lineRule="auto"/>
              <w:ind w:left="104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Emri i mbikëqyrësit/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lme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nadzornika</w:t>
            </w:r>
            <w:proofErr w:type="spellEnd"/>
          </w:p>
        </w:tc>
      </w:tr>
      <w:tr w:rsidR="002C7ED1" w:rsidRPr="00FA418E" w14:paraId="7A614047" w14:textId="77777777" w:rsidTr="00256DA9">
        <w:trPr>
          <w:trHeight w:val="249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B9791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28FE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6B4C1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1464EBB" w14:textId="77777777" w:rsidTr="00256DA9">
        <w:trPr>
          <w:trHeight w:val="492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BE0C5" w14:textId="77777777" w:rsidR="002C7ED1" w:rsidRPr="00FA418E" w:rsidRDefault="002C7ED1" w:rsidP="00256DA9">
            <w:pPr>
              <w:spacing w:line="259" w:lineRule="auto"/>
              <w:ind w:left="14" w:right="1842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Emri i punëdhënësit/ </w:t>
            </w:r>
          </w:p>
          <w:p w14:paraId="171AE4DF" w14:textId="77777777" w:rsidR="002C7ED1" w:rsidRPr="00FA418E" w:rsidRDefault="002C7ED1" w:rsidP="00256DA9">
            <w:pPr>
              <w:spacing w:line="259" w:lineRule="auto"/>
              <w:ind w:left="14" w:right="1842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Ime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B09DD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1BC8D3D6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7480E" w14:textId="77777777" w:rsidR="002C7ED1" w:rsidRPr="00FA418E" w:rsidRDefault="002C7ED1" w:rsidP="00256DA9">
            <w:pPr>
              <w:spacing w:line="259" w:lineRule="auto"/>
              <w:ind w:left="7" w:right="1317" w:hanging="7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Adresa e punëdhënësit/ </w:t>
            </w:r>
          </w:p>
          <w:p w14:paraId="16A41F20" w14:textId="77777777" w:rsidR="002C7ED1" w:rsidRPr="00FA418E" w:rsidRDefault="002C7ED1" w:rsidP="00256DA9">
            <w:pPr>
              <w:spacing w:line="259" w:lineRule="auto"/>
              <w:ind w:left="7" w:right="1317" w:hanging="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Adresa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AC08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D65590A" w14:textId="77777777" w:rsidTr="00256DA9">
        <w:trPr>
          <w:trHeight w:val="494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37597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Numri dhe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Iloji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personelit nën mbikëqyrje/ </w:t>
            </w:r>
          </w:p>
          <w:p w14:paraId="2272C1DA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Broj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vrsta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personala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pod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nadzorom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3912E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479D758F" w14:textId="77777777" w:rsidTr="00256DA9">
        <w:trPr>
          <w:trHeight w:val="492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5D1D7" w14:textId="77777777" w:rsidR="002C7ED1" w:rsidRPr="00FA418E" w:rsidRDefault="002C7ED1" w:rsidP="00256DA9">
            <w:pPr>
              <w:spacing w:line="259" w:lineRule="auto"/>
              <w:ind w:left="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Arsyet e largimit nga vendi i punës/</w:t>
            </w:r>
          </w:p>
          <w:p w14:paraId="441FECA9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Razlog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napustanje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6FB2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53F98A3B" w14:textId="77777777" w:rsidTr="00256DA9">
        <w:trPr>
          <w:trHeight w:val="249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3D4D9" w14:textId="77777777" w:rsidR="002C7ED1" w:rsidRPr="00FA418E" w:rsidRDefault="002C7ED1" w:rsidP="00256DA9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Përshkrimi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detrave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të punës/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Opis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radnih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zadataka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  <w:tr w:rsidR="002C7ED1" w:rsidRPr="00FA418E" w14:paraId="4E0D4810" w14:textId="77777777" w:rsidTr="00256DA9">
        <w:trPr>
          <w:trHeight w:val="2270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2738EDF3" w14:textId="77777777" w:rsidR="002C7ED1" w:rsidRPr="00FA418E" w:rsidRDefault="002C7ED1" w:rsidP="00256DA9">
            <w:pPr>
              <w:tabs>
                <w:tab w:val="center" w:pos="1860"/>
                <w:tab w:val="center" w:pos="9868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ab/>
            </w:r>
            <w:r w:rsidRPr="00FA418E">
              <w:rPr>
                <w:rFonts w:ascii="Times New Roman" w:eastAsia="Calibri" w:hAnsi="Times New Roman" w:cs="Times New Roman"/>
                <w:lang w:val="sq-AL"/>
              </w:rPr>
              <w:tab/>
            </w:r>
          </w:p>
        </w:tc>
      </w:tr>
      <w:tr w:rsidR="002C7ED1" w:rsidRPr="00FA418E" w14:paraId="75E7FF80" w14:textId="77777777" w:rsidTr="00256DA9">
        <w:trPr>
          <w:trHeight w:val="497"/>
        </w:trPr>
        <w:tc>
          <w:tcPr>
            <w:tcW w:w="49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25DE9" w14:textId="77777777" w:rsidR="002C7ED1" w:rsidRPr="00FA418E" w:rsidRDefault="002C7ED1" w:rsidP="00256DA9">
            <w:pPr>
              <w:spacing w:line="259" w:lineRule="auto"/>
              <w:ind w:left="14" w:right="1612" w:hanging="14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Titulli i vendit të punës/ </w:t>
            </w:r>
          </w:p>
          <w:p w14:paraId="00299428" w14:textId="77777777" w:rsidR="002C7ED1" w:rsidRPr="00FA418E" w:rsidRDefault="002C7ED1" w:rsidP="00256DA9">
            <w:pPr>
              <w:spacing w:line="259" w:lineRule="auto"/>
              <w:ind w:left="14" w:right="1612" w:hanging="14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Naziv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3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5743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5FBF7EC" w14:textId="77777777" w:rsidTr="00256DA9">
        <w:trPr>
          <w:trHeight w:val="245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1CF74" w14:textId="77777777" w:rsidR="002C7ED1" w:rsidRPr="00FA418E" w:rsidRDefault="002C7ED1" w:rsidP="00256DA9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Prej-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Od</w:t>
            </w:r>
            <w:proofErr w:type="spellEnd"/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07C04" w14:textId="77777777" w:rsidR="002C7ED1" w:rsidRPr="00FA418E" w:rsidRDefault="002C7ED1" w:rsidP="00256DA9">
            <w:pPr>
              <w:spacing w:line="259" w:lineRule="auto"/>
              <w:ind w:left="102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Deri-Do</w:t>
            </w: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28E5B" w14:textId="77777777" w:rsidR="002C7ED1" w:rsidRPr="00FA418E" w:rsidRDefault="002C7ED1" w:rsidP="00256DA9">
            <w:pPr>
              <w:spacing w:line="259" w:lineRule="auto"/>
              <w:ind w:left="104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Emri i mbikëqyrësit/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lme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nadzornika</w:t>
            </w:r>
            <w:proofErr w:type="spellEnd"/>
          </w:p>
        </w:tc>
      </w:tr>
      <w:tr w:rsidR="002C7ED1" w:rsidRPr="00FA418E" w14:paraId="48D83D6A" w14:textId="77777777" w:rsidTr="00256DA9">
        <w:trPr>
          <w:trHeight w:val="249"/>
        </w:trPr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301C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6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848F9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440D6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1011029" w14:textId="77777777" w:rsidTr="00256DA9">
        <w:trPr>
          <w:trHeight w:val="492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8E606" w14:textId="77777777" w:rsidR="002C7ED1" w:rsidRPr="00FA418E" w:rsidRDefault="002C7ED1" w:rsidP="00256DA9">
            <w:pPr>
              <w:spacing w:line="259" w:lineRule="auto"/>
              <w:ind w:left="14" w:right="1842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Emri i punëdhënësit/ </w:t>
            </w:r>
          </w:p>
          <w:p w14:paraId="125D37D8" w14:textId="77777777" w:rsidR="002C7ED1" w:rsidRPr="00FA418E" w:rsidRDefault="002C7ED1" w:rsidP="00256DA9">
            <w:pPr>
              <w:spacing w:line="259" w:lineRule="auto"/>
              <w:ind w:left="14" w:right="1842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Ime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40DC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7AEE8903" w14:textId="77777777" w:rsidTr="00256DA9">
        <w:trPr>
          <w:trHeight w:val="497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5EDAE" w14:textId="77777777" w:rsidR="002C7ED1" w:rsidRPr="00FA418E" w:rsidRDefault="002C7ED1" w:rsidP="00256DA9">
            <w:pPr>
              <w:spacing w:line="259" w:lineRule="auto"/>
              <w:ind w:left="7" w:right="1317" w:hanging="7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lastRenderedPageBreak/>
              <w:t xml:space="preserve">Adresa e punëdhënësit/ </w:t>
            </w:r>
          </w:p>
          <w:p w14:paraId="3A0BFE8F" w14:textId="77777777" w:rsidR="002C7ED1" w:rsidRPr="00FA418E" w:rsidRDefault="002C7ED1" w:rsidP="00256DA9">
            <w:pPr>
              <w:spacing w:line="259" w:lineRule="auto"/>
              <w:ind w:left="7" w:right="1317" w:hanging="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Adresa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poslodavca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17F53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A22DA29" w14:textId="77777777" w:rsidTr="00256DA9">
        <w:trPr>
          <w:trHeight w:val="494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B2DA7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Numri dhe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Iloji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personelit nën mbikëqyrje/ </w:t>
            </w:r>
          </w:p>
          <w:p w14:paraId="43E3395B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Broj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vrsta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personala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pod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nadzorom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C422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5FB07FB9" w14:textId="77777777" w:rsidTr="00256DA9">
        <w:trPr>
          <w:trHeight w:val="492"/>
        </w:trPr>
        <w:tc>
          <w:tcPr>
            <w:tcW w:w="46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84ACF" w14:textId="77777777" w:rsidR="002C7ED1" w:rsidRPr="00FA418E" w:rsidRDefault="002C7ED1" w:rsidP="00256DA9">
            <w:pPr>
              <w:spacing w:line="259" w:lineRule="auto"/>
              <w:ind w:left="7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Arsyet e largimit nga vendi i punës/</w:t>
            </w:r>
          </w:p>
          <w:p w14:paraId="0CFAC10B" w14:textId="77777777" w:rsidR="002C7ED1" w:rsidRPr="00FA418E" w:rsidRDefault="002C7ED1" w:rsidP="00256DA9">
            <w:pPr>
              <w:spacing w:line="259" w:lineRule="auto"/>
              <w:ind w:left="22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Razlog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napustanje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radnog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mesta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56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C6E4F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32F6EDDD" w14:textId="77777777" w:rsidTr="00256DA9">
        <w:trPr>
          <w:trHeight w:val="249"/>
        </w:trPr>
        <w:tc>
          <w:tcPr>
            <w:tcW w:w="10350" w:type="dxa"/>
            <w:gridSpan w:val="9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20D0CC" w14:textId="77777777" w:rsidR="002C7ED1" w:rsidRPr="00FA418E" w:rsidRDefault="002C7ED1" w:rsidP="00256DA9">
            <w:pPr>
              <w:spacing w:line="259" w:lineRule="auto"/>
              <w:ind w:left="67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Përshkrimi 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detrave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të punës/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Opis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radnih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zadataka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  <w:tr w:rsidR="002C7ED1" w:rsidRPr="00FA418E" w14:paraId="6F5A0238" w14:textId="77777777" w:rsidTr="00256DA9">
        <w:trPr>
          <w:trHeight w:val="2270"/>
        </w:trPr>
        <w:tc>
          <w:tcPr>
            <w:tcW w:w="10350" w:type="dxa"/>
            <w:gridSpan w:val="9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14:paraId="46100343" w14:textId="77777777" w:rsidR="002C7ED1" w:rsidRPr="00FA418E" w:rsidRDefault="002C7ED1" w:rsidP="00256DA9">
            <w:pPr>
              <w:tabs>
                <w:tab w:val="center" w:pos="1860"/>
                <w:tab w:val="center" w:pos="9868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ab/>
            </w:r>
            <w:r w:rsidRPr="00FA418E">
              <w:rPr>
                <w:rFonts w:ascii="Times New Roman" w:eastAsia="Calibri" w:hAnsi="Times New Roman" w:cs="Times New Roman"/>
                <w:lang w:val="sq-AL"/>
              </w:rPr>
              <w:tab/>
            </w:r>
          </w:p>
        </w:tc>
      </w:tr>
      <w:tr w:rsidR="002C7ED1" w:rsidRPr="00735003" w14:paraId="341A86A2" w14:textId="77777777" w:rsidTr="00256D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</w:tblCellMar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10350" w:type="dxa"/>
            <w:gridSpan w:val="9"/>
          </w:tcPr>
          <w:p w14:paraId="6B141939" w14:textId="77777777" w:rsidR="002C7ED1" w:rsidRPr="00FA418E" w:rsidRDefault="002C7ED1" w:rsidP="00256DA9">
            <w:pPr>
              <w:spacing w:line="265" w:lineRule="auto"/>
              <w:ind w:left="450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Përdor letër tjetër nëse ke nevojë lidhur me përvojën e punës/</w:t>
            </w:r>
          </w:p>
          <w:p w14:paraId="7D189BB6" w14:textId="77777777" w:rsidR="002C7ED1" w:rsidRPr="00FA418E" w:rsidRDefault="002C7ED1" w:rsidP="00256DA9">
            <w:pPr>
              <w:spacing w:line="265" w:lineRule="auto"/>
              <w:ind w:left="450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Ako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je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potrebno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upotrebite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dodatne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papire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oko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iskustvo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</w:tbl>
    <w:tbl>
      <w:tblPr>
        <w:tblStyle w:val="TableGrid0"/>
        <w:tblpPr w:vertAnchor="text" w:horzAnchor="margin" w:tblpX="-450" w:tblpY="428"/>
        <w:tblOverlap w:val="never"/>
        <w:tblW w:w="103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1"/>
        <w:gridCol w:w="858"/>
        <w:gridCol w:w="1125"/>
        <w:gridCol w:w="594"/>
        <w:gridCol w:w="977"/>
        <w:gridCol w:w="6"/>
        <w:gridCol w:w="920"/>
        <w:gridCol w:w="83"/>
        <w:gridCol w:w="656"/>
        <w:gridCol w:w="295"/>
        <w:gridCol w:w="957"/>
        <w:gridCol w:w="1048"/>
        <w:gridCol w:w="372"/>
        <w:gridCol w:w="552"/>
        <w:gridCol w:w="926"/>
      </w:tblGrid>
      <w:tr w:rsidR="002C7ED1" w:rsidRPr="00FA418E" w14:paraId="6441BB5A" w14:textId="77777777" w:rsidTr="00256DA9">
        <w:trPr>
          <w:trHeight w:val="351"/>
        </w:trPr>
        <w:tc>
          <w:tcPr>
            <w:tcW w:w="6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D5E1" w14:textId="77777777" w:rsidR="002C7ED1" w:rsidRPr="00FA418E" w:rsidRDefault="002C7ED1" w:rsidP="00256DA9">
            <w:pPr>
              <w:spacing w:line="259" w:lineRule="auto"/>
              <w:ind w:left="14" w:right="1130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A keni qenë ndonjëherë të dënuar më tepër se gjashtë muaj/      </w:t>
            </w:r>
          </w:p>
          <w:p w14:paraId="7339218E" w14:textId="77777777" w:rsidR="002C7ED1" w:rsidRPr="00FA418E" w:rsidRDefault="002C7ED1" w:rsidP="00256DA9">
            <w:pPr>
              <w:spacing w:line="259" w:lineRule="auto"/>
              <w:ind w:left="14" w:right="1130"/>
              <w:rPr>
                <w:rFonts w:ascii="Times New Roman" w:eastAsia="Calibri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li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ste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bili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osudjivani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vise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od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sest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meseci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387F" w14:textId="77777777" w:rsidR="002C7ED1" w:rsidRPr="00FA418E" w:rsidRDefault="002C7ED1" w:rsidP="00256DA9">
            <w:pPr>
              <w:spacing w:line="259" w:lineRule="auto"/>
              <w:ind w:left="14" w:right="1130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PO-DA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6057" w14:textId="77777777" w:rsidR="002C7ED1" w:rsidRPr="00FA418E" w:rsidRDefault="002C7ED1" w:rsidP="00256DA9">
            <w:pPr>
              <w:spacing w:line="259" w:lineRule="auto"/>
              <w:ind w:right="173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JO-NE.</w:t>
            </w:r>
          </w:p>
        </w:tc>
      </w:tr>
      <w:tr w:rsidR="002C7ED1" w:rsidRPr="00735003" w14:paraId="7B0CE0EA" w14:textId="77777777" w:rsidTr="00256DA9">
        <w:trPr>
          <w:trHeight w:val="557"/>
        </w:trPr>
        <w:tc>
          <w:tcPr>
            <w:tcW w:w="8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4C0E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Njohja e gjuhëve:  Cila është gjuha juaj amtare/</w:t>
            </w:r>
          </w:p>
          <w:p w14:paraId="211B7F31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Znanje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jezika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: Koji je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vas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maternji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jezik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46EE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76DDA072" w14:textId="77777777" w:rsidTr="00256DA9">
        <w:trPr>
          <w:trHeight w:val="438"/>
        </w:trPr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D63A6" w14:textId="77777777" w:rsidR="002C7ED1" w:rsidRPr="00FA418E" w:rsidRDefault="002C7ED1" w:rsidP="00256DA9">
            <w:pPr>
              <w:spacing w:after="160" w:line="259" w:lineRule="auto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Gjuhët tjera/ </w:t>
            </w:r>
          </w:p>
          <w:p w14:paraId="5A84ADD8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Drugi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jezici</w:t>
            </w:r>
            <w:proofErr w:type="spellEnd"/>
          </w:p>
        </w:tc>
        <w:tc>
          <w:tcPr>
            <w:tcW w:w="2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2FCE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ab/>
              <w:t>Leximi-Citate</w:t>
            </w: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C0BC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Shkrim-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Pisete</w:t>
            </w:r>
            <w:proofErr w:type="spellEnd"/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D066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Në të folur-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Pricate</w:t>
            </w:r>
            <w:proofErr w:type="spellEnd"/>
          </w:p>
        </w:tc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CCAB" w14:textId="77777777" w:rsidR="002C7ED1" w:rsidRPr="00FA418E" w:rsidRDefault="002C7ED1" w:rsidP="00256DA9">
            <w:pPr>
              <w:spacing w:line="259" w:lineRule="auto"/>
              <w:ind w:left="137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Kuptoj-</w:t>
            </w: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Razumete</w:t>
            </w:r>
            <w:proofErr w:type="spellEnd"/>
          </w:p>
        </w:tc>
      </w:tr>
      <w:tr w:rsidR="002C7ED1" w:rsidRPr="00FA418E" w14:paraId="41276875" w14:textId="77777777" w:rsidTr="00256DA9">
        <w:trPr>
          <w:trHeight w:val="451"/>
        </w:trPr>
        <w:tc>
          <w:tcPr>
            <w:tcW w:w="18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3E02" w14:textId="77777777" w:rsidR="002C7ED1" w:rsidRPr="00FA418E" w:rsidRDefault="002C7ED1" w:rsidP="00256DA9">
            <w:pPr>
              <w:spacing w:after="160" w:line="259" w:lineRule="auto"/>
              <w:rPr>
                <w:rFonts w:ascii="Times New Roman" w:eastAsia="Calibri" w:hAnsi="Times New Roman" w:cs="Times New Roman"/>
                <w:lang w:val="sq-AL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B1A9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eastAsia="Calibri" w:hAnsi="Times New Roman" w:cs="Times New Roman"/>
                <w:sz w:val="20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0"/>
                <w:lang w:val="sq-AL"/>
              </w:rPr>
              <w:t xml:space="preserve">Mirë/ </w:t>
            </w:r>
          </w:p>
          <w:p w14:paraId="23707F8E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0"/>
                <w:lang w:val="sq-AL"/>
              </w:rPr>
              <w:t>Dobro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0"/>
                <w:lang w:val="sq-AL"/>
              </w:rPr>
              <w:t>/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384A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Jo mirë/</w:t>
            </w:r>
          </w:p>
          <w:p w14:paraId="27AE3039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Tesko</w:t>
            </w:r>
            <w:proofErr w:type="spellEnd"/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BD2B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Mirë/</w:t>
            </w:r>
          </w:p>
          <w:p w14:paraId="2C71F8E2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Dobro</w:t>
            </w:r>
            <w:proofErr w:type="spellEnd"/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BCE9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Jo mire/</w:t>
            </w:r>
          </w:p>
          <w:p w14:paraId="790D0311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Tesko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>/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ADDF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Mirë/</w:t>
            </w:r>
          </w:p>
          <w:p w14:paraId="2389FFE2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Dobro</w:t>
            </w:r>
            <w:proofErr w:type="spellEnd"/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399B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Jo mire/</w:t>
            </w:r>
          </w:p>
          <w:p w14:paraId="6EF091C6" w14:textId="77777777" w:rsidR="002C7ED1" w:rsidRPr="00FA418E" w:rsidRDefault="002C7ED1" w:rsidP="00256DA9">
            <w:pPr>
              <w:tabs>
                <w:tab w:val="center" w:pos="881"/>
                <w:tab w:val="center" w:pos="2684"/>
                <w:tab w:val="center" w:pos="5191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Tesko</w:t>
            </w:r>
            <w:proofErr w:type="spellEnd"/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480D" w14:textId="77777777" w:rsidR="002C7ED1" w:rsidRPr="00FA418E" w:rsidRDefault="002C7ED1" w:rsidP="00256DA9">
            <w:pPr>
              <w:spacing w:line="259" w:lineRule="auto"/>
              <w:ind w:left="137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Mirë/</w:t>
            </w:r>
          </w:p>
          <w:p w14:paraId="3179EAF9" w14:textId="77777777" w:rsidR="002C7ED1" w:rsidRPr="00FA418E" w:rsidRDefault="002C7ED1" w:rsidP="00256DA9">
            <w:pPr>
              <w:spacing w:line="259" w:lineRule="auto"/>
              <w:ind w:left="137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Dobro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1A8A" w14:textId="77777777" w:rsidR="002C7ED1" w:rsidRPr="00FA418E" w:rsidRDefault="002C7ED1" w:rsidP="00256DA9">
            <w:pPr>
              <w:spacing w:line="259" w:lineRule="auto"/>
              <w:ind w:left="137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Jo mirë/</w:t>
            </w:r>
          </w:p>
          <w:p w14:paraId="5C5EEFEE" w14:textId="77777777" w:rsidR="002C7ED1" w:rsidRPr="00FA418E" w:rsidRDefault="002C7ED1" w:rsidP="00256DA9">
            <w:pPr>
              <w:spacing w:line="259" w:lineRule="auto"/>
              <w:ind w:left="137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lang w:val="sq-AL"/>
              </w:rPr>
              <w:t>Tesko</w:t>
            </w:r>
            <w:proofErr w:type="spellEnd"/>
            <w:r w:rsidRPr="00FA418E">
              <w:rPr>
                <w:rFonts w:ascii="Times New Roman" w:eastAsia="Calibri" w:hAnsi="Times New Roman" w:cs="Times New Roman"/>
                <w:lang w:val="sq-AL"/>
              </w:rPr>
              <w:t>/</w:t>
            </w:r>
          </w:p>
        </w:tc>
      </w:tr>
      <w:tr w:rsidR="002C7ED1" w:rsidRPr="00FA418E" w14:paraId="5F4ACED3" w14:textId="77777777" w:rsidTr="00256DA9">
        <w:trPr>
          <w:trHeight w:val="433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F3908" w14:textId="77777777" w:rsidR="002C7ED1" w:rsidRPr="00FA418E" w:rsidRDefault="002C7ED1" w:rsidP="00256DA9">
            <w:pPr>
              <w:spacing w:line="259" w:lineRule="auto"/>
              <w:ind w:left="194" w:hanging="50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BAA4B" w14:textId="77777777" w:rsidR="002C7ED1" w:rsidRPr="00FA418E" w:rsidRDefault="002C7ED1" w:rsidP="00256DA9">
            <w:pPr>
              <w:spacing w:line="259" w:lineRule="auto"/>
              <w:ind w:left="72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0D689" w14:textId="77777777" w:rsidR="002C7ED1" w:rsidRPr="00FA418E" w:rsidRDefault="002C7ED1" w:rsidP="00256DA9">
            <w:pPr>
              <w:tabs>
                <w:tab w:val="center" w:pos="1403"/>
                <w:tab w:val="center" w:pos="2439"/>
                <w:tab w:val="center" w:pos="3633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3370F" w14:textId="77777777" w:rsidR="002C7ED1" w:rsidRPr="00FA418E" w:rsidRDefault="002C7ED1" w:rsidP="00256DA9">
            <w:pPr>
              <w:tabs>
                <w:tab w:val="center" w:pos="1403"/>
                <w:tab w:val="center" w:pos="2439"/>
                <w:tab w:val="center" w:pos="3633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42CDE" w14:textId="77777777" w:rsidR="002C7ED1" w:rsidRPr="00FA418E" w:rsidRDefault="002C7ED1" w:rsidP="00256DA9">
            <w:pPr>
              <w:tabs>
                <w:tab w:val="center" w:pos="1403"/>
                <w:tab w:val="center" w:pos="2439"/>
                <w:tab w:val="center" w:pos="3633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A0223" w14:textId="77777777" w:rsidR="002C7ED1" w:rsidRPr="00FA418E" w:rsidRDefault="002C7ED1" w:rsidP="00256DA9">
            <w:pPr>
              <w:tabs>
                <w:tab w:val="center" w:pos="1403"/>
                <w:tab w:val="center" w:pos="2439"/>
                <w:tab w:val="center" w:pos="3633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0C91C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0338E" w14:textId="77777777" w:rsidR="002C7ED1" w:rsidRPr="00FA418E" w:rsidRDefault="002C7ED1" w:rsidP="00256DA9">
            <w:pPr>
              <w:tabs>
                <w:tab w:val="center" w:pos="478"/>
                <w:tab w:val="right" w:pos="20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0"/>
                <w:lang w:val="sq-AL"/>
              </w:rPr>
              <w:tab/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69624" w14:textId="77777777" w:rsidR="002C7ED1" w:rsidRPr="00FA418E" w:rsidRDefault="002C7ED1" w:rsidP="00256DA9">
            <w:pPr>
              <w:tabs>
                <w:tab w:val="center" w:pos="478"/>
                <w:tab w:val="right" w:pos="20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2515F0B1" w14:textId="77777777" w:rsidTr="00256DA9">
        <w:trPr>
          <w:trHeight w:val="416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562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3C41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64A6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28BE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534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D01D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A24E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65E6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0"/>
                <w:lang w:val="sq-AL"/>
              </w:rPr>
              <w:tab/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010C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0071233E" w14:textId="77777777" w:rsidTr="00256DA9">
        <w:trPr>
          <w:trHeight w:val="601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8D24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BED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C184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A432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D155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6213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5596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1770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sz w:val="20"/>
                <w:lang w:val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E327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36EED8A4" w14:textId="77777777" w:rsidTr="00256DA9">
        <w:trPr>
          <w:trHeight w:val="588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AD5C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5FDE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8488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0C11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C248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4B6" w14:textId="77777777" w:rsidR="002C7ED1" w:rsidRPr="00FA418E" w:rsidRDefault="002C7ED1" w:rsidP="00256DA9">
            <w:pPr>
              <w:spacing w:line="259" w:lineRule="auto"/>
              <w:ind w:right="79"/>
              <w:jc w:val="righ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B892" w14:textId="77777777" w:rsidR="002C7ED1" w:rsidRPr="00FA418E" w:rsidRDefault="002C7ED1" w:rsidP="00256DA9">
            <w:pPr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7354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sz w:val="20"/>
                <w:lang w:val="sq-AL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69DB" w14:textId="77777777" w:rsidR="002C7ED1" w:rsidRPr="00FA418E" w:rsidRDefault="002C7ED1" w:rsidP="00256DA9">
            <w:pPr>
              <w:tabs>
                <w:tab w:val="center" w:pos="478"/>
                <w:tab w:val="center" w:pos="150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FA418E" w14:paraId="238CFAEF" w14:textId="77777777" w:rsidTr="00256DA9">
        <w:trPr>
          <w:trHeight w:val="268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DC81" w14:textId="77777777" w:rsidR="002C7ED1" w:rsidRPr="00FA418E" w:rsidRDefault="002C7ED1" w:rsidP="00256DA9">
            <w:pPr>
              <w:tabs>
                <w:tab w:val="center" w:pos="1845"/>
                <w:tab w:val="center" w:pos="3033"/>
                <w:tab w:val="center" w:pos="4230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Aftësi me kompjuter –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Rad</w:t>
            </w:r>
            <w:proofErr w:type="spellEnd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 xml:space="preserve"> na </w:t>
            </w:r>
            <w:proofErr w:type="spellStart"/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racunaru</w:t>
            </w:r>
            <w:proofErr w:type="spellEnd"/>
          </w:p>
        </w:tc>
      </w:tr>
      <w:tr w:rsidR="002C7ED1" w:rsidRPr="00FA418E" w14:paraId="45D97734" w14:textId="77777777" w:rsidTr="00256DA9">
        <w:trPr>
          <w:trHeight w:val="208"/>
        </w:trPr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73E5" w14:textId="77777777" w:rsidR="002C7ED1" w:rsidRPr="00FA418E" w:rsidRDefault="002C7ED1" w:rsidP="00256DA9">
            <w:pPr>
              <w:spacing w:line="259" w:lineRule="auto"/>
              <w:ind w:left="295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b/>
                <w:lang w:val="sq-AL"/>
              </w:rPr>
              <w:t>Word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0690" w14:textId="77777777" w:rsidR="002C7ED1" w:rsidRPr="00FA418E" w:rsidRDefault="002C7ED1" w:rsidP="00256DA9">
            <w:pPr>
              <w:spacing w:line="259" w:lineRule="auto"/>
              <w:ind w:left="144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b/>
                <w:sz w:val="20"/>
                <w:lang w:val="sq-AL"/>
              </w:rPr>
              <w:t>Excel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8B38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b/>
                <w:lang w:val="sq-AL"/>
              </w:rPr>
              <w:t>Database</w:t>
            </w:r>
            <w:proofErr w:type="spellEnd"/>
          </w:p>
        </w:tc>
        <w:tc>
          <w:tcPr>
            <w:tcW w:w="2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B312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b/>
                <w:lang w:val="sq-AL"/>
              </w:rPr>
            </w:pPr>
            <w:r w:rsidRPr="00FA418E">
              <w:rPr>
                <w:rFonts w:ascii="Times New Roman" w:hAnsi="Times New Roman" w:cs="Times New Roman"/>
                <w:b/>
                <w:lang w:val="sq-AL"/>
              </w:rPr>
              <w:t xml:space="preserve">Programe tjera – </w:t>
            </w:r>
            <w:proofErr w:type="spellStart"/>
            <w:r w:rsidRPr="00FA418E">
              <w:rPr>
                <w:rFonts w:ascii="Times New Roman" w:hAnsi="Times New Roman" w:cs="Times New Roman"/>
                <w:b/>
                <w:lang w:val="sq-AL"/>
              </w:rPr>
              <w:t>Drugi</w:t>
            </w:r>
            <w:proofErr w:type="spellEnd"/>
            <w:r w:rsidRPr="00FA418E">
              <w:rPr>
                <w:rFonts w:ascii="Times New Roman" w:hAnsi="Times New Roman" w:cs="Times New Roman"/>
                <w:b/>
                <w:lang w:val="sq-AL"/>
              </w:rPr>
              <w:t xml:space="preserve"> prog</w:t>
            </w:r>
          </w:p>
        </w:tc>
      </w:tr>
      <w:tr w:rsidR="002C7ED1" w:rsidRPr="00FA418E" w14:paraId="48BFEFAD" w14:textId="77777777" w:rsidTr="00256DA9">
        <w:trPr>
          <w:trHeight w:val="20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F28A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Themelore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7126" w14:textId="77777777" w:rsidR="002C7ED1" w:rsidRPr="00FA418E" w:rsidRDefault="002C7ED1" w:rsidP="00256DA9">
            <w:pPr>
              <w:spacing w:line="259" w:lineRule="auto"/>
              <w:ind w:left="295"/>
              <w:jc w:val="center"/>
              <w:rPr>
                <w:rFonts w:ascii="Times New Roman" w:eastAsia="Calibri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Mirë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908D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Themelore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194" w14:textId="77777777" w:rsidR="002C7ED1" w:rsidRPr="00FA418E" w:rsidRDefault="002C7ED1" w:rsidP="00256DA9">
            <w:pPr>
              <w:spacing w:line="259" w:lineRule="auto"/>
              <w:ind w:left="144"/>
              <w:jc w:val="center"/>
              <w:rPr>
                <w:rFonts w:ascii="Times New Roman" w:eastAsia="Calibri" w:hAnsi="Times New Roman" w:cs="Times New Roman"/>
                <w:sz w:val="20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Mirë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8B3C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Themelore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48EC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Mirë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748F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Themelore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7DD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lang w:val="sq-AL"/>
              </w:rPr>
              <w:t>Mirë</w:t>
            </w:r>
          </w:p>
        </w:tc>
      </w:tr>
      <w:tr w:rsidR="002C7ED1" w:rsidRPr="00FA418E" w14:paraId="6E013F44" w14:textId="77777777" w:rsidTr="00256DA9">
        <w:trPr>
          <w:trHeight w:val="208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AA40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r w:rsidRPr="00FA418E">
              <w:rPr>
                <w:rFonts w:ascii="Times New Roman" w:hAnsi="Times New Roman" w:cs="Times New Roman"/>
                <w:lang w:val="sq-AL"/>
              </w:rPr>
              <w:t>Shënoni detajet e aftësive tjera të cilat i keni dhe mund të shërbejnë për postin e aplikuar</w:t>
            </w:r>
          </w:p>
          <w:p w14:paraId="5F420A07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Navedite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podaci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drugim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vestinama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a koje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mogu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biti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potrebno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za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trazeno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hAnsi="Times New Roman" w:cs="Times New Roman"/>
                <w:lang w:val="sq-AL"/>
              </w:rPr>
              <w:t>radno</w:t>
            </w:r>
            <w:proofErr w:type="spellEnd"/>
            <w:r w:rsidRPr="00FA418E">
              <w:rPr>
                <w:rFonts w:ascii="Times New Roman" w:hAnsi="Times New Roman" w:cs="Times New Roman"/>
                <w:lang w:val="sq-AL"/>
              </w:rPr>
              <w:t xml:space="preserve"> mesto.</w:t>
            </w:r>
          </w:p>
          <w:p w14:paraId="038791E7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  <w:p w14:paraId="02F4F8DA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  <w:p w14:paraId="0AFB83F0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2C7ED1" w:rsidRPr="00735003" w14:paraId="081DE9C6" w14:textId="77777777" w:rsidTr="00256DA9">
        <w:trPr>
          <w:trHeight w:val="208"/>
        </w:trPr>
        <w:tc>
          <w:tcPr>
            <w:tcW w:w="1035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0390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  <w:r w:rsidRPr="00FA418E">
              <w:rPr>
                <w:lang w:val="sq-AL"/>
              </w:rPr>
              <w:t xml:space="preserve">Shënoni </w:t>
            </w:r>
            <w:proofErr w:type="spellStart"/>
            <w:r w:rsidRPr="00FA418E">
              <w:rPr>
                <w:lang w:val="sq-AL"/>
              </w:rPr>
              <w:t>arsyjet</w:t>
            </w:r>
            <w:proofErr w:type="spellEnd"/>
            <w:r w:rsidRPr="00FA418E">
              <w:rPr>
                <w:lang w:val="sq-AL"/>
              </w:rPr>
              <w:t xml:space="preserve"> për aplikimin në pozitën përkatëse, pritjet nga vendi i punës dhe qëllimet e karrierës.</w:t>
            </w:r>
          </w:p>
          <w:p w14:paraId="2CC67D36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  <w:proofErr w:type="spellStart"/>
            <w:r w:rsidRPr="00FA418E">
              <w:rPr>
                <w:lang w:val="sq-AL"/>
              </w:rPr>
              <w:t>Navedite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razlog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za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odredjenju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poziciju</w:t>
            </w:r>
            <w:proofErr w:type="spellEnd"/>
            <w:r w:rsidRPr="00FA418E">
              <w:rPr>
                <w:lang w:val="sq-AL"/>
              </w:rPr>
              <w:t xml:space="preserve">, </w:t>
            </w:r>
            <w:proofErr w:type="spellStart"/>
            <w:r w:rsidRPr="00FA418E">
              <w:rPr>
                <w:lang w:val="sq-AL"/>
              </w:rPr>
              <w:t>ocekivanja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od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radnog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mesta</w:t>
            </w:r>
            <w:proofErr w:type="spellEnd"/>
            <w:r w:rsidRPr="00FA418E">
              <w:rPr>
                <w:lang w:val="sq-AL"/>
              </w:rPr>
              <w:t xml:space="preserve"> i </w:t>
            </w:r>
            <w:proofErr w:type="spellStart"/>
            <w:r w:rsidRPr="00FA418E">
              <w:rPr>
                <w:lang w:val="sq-AL"/>
              </w:rPr>
              <w:t>ciljevi</w:t>
            </w:r>
            <w:proofErr w:type="spellEnd"/>
            <w:r w:rsidRPr="00FA418E">
              <w:rPr>
                <w:lang w:val="sq-AL"/>
              </w:rPr>
              <w:t xml:space="preserve"> </w:t>
            </w:r>
            <w:proofErr w:type="spellStart"/>
            <w:r w:rsidRPr="00FA418E">
              <w:rPr>
                <w:lang w:val="sq-AL"/>
              </w:rPr>
              <w:t>karijere</w:t>
            </w:r>
            <w:proofErr w:type="spellEnd"/>
            <w:r w:rsidRPr="00FA418E">
              <w:rPr>
                <w:lang w:val="sq-AL"/>
              </w:rPr>
              <w:t>.</w:t>
            </w:r>
          </w:p>
          <w:p w14:paraId="55BE488C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</w:p>
          <w:p w14:paraId="7FF20B15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</w:p>
          <w:p w14:paraId="03A017DF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</w:p>
          <w:p w14:paraId="2FC08793" w14:textId="77777777" w:rsidR="002C7ED1" w:rsidRPr="00FA418E" w:rsidRDefault="002C7ED1" w:rsidP="00256DA9">
            <w:pPr>
              <w:tabs>
                <w:tab w:val="center" w:pos="655"/>
                <w:tab w:val="center" w:pos="1845"/>
                <w:tab w:val="center" w:pos="3033"/>
                <w:tab w:val="center" w:pos="4227"/>
              </w:tabs>
              <w:spacing w:line="259" w:lineRule="auto"/>
              <w:rPr>
                <w:lang w:val="sq-AL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X="-453" w:tblpY="797"/>
        <w:tblW w:w="10347" w:type="dxa"/>
        <w:tblInd w:w="0" w:type="dxa"/>
        <w:tblLayout w:type="fixed"/>
        <w:tblCellMar>
          <w:top w:w="26" w:type="dxa"/>
          <w:left w:w="31" w:type="dxa"/>
          <w:right w:w="33" w:type="dxa"/>
        </w:tblCellMar>
        <w:tblLook w:val="04A0" w:firstRow="1" w:lastRow="0" w:firstColumn="1" w:lastColumn="0" w:noHBand="0" w:noVBand="1"/>
      </w:tblPr>
      <w:tblGrid>
        <w:gridCol w:w="4633"/>
        <w:gridCol w:w="2967"/>
        <w:gridCol w:w="2747"/>
      </w:tblGrid>
      <w:tr w:rsidR="002C7ED1" w:rsidRPr="00735003" w14:paraId="1196F21F" w14:textId="77777777" w:rsidTr="00256DA9">
        <w:trPr>
          <w:trHeight w:val="990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DFC76" w14:textId="77777777" w:rsidR="002C7ED1" w:rsidRPr="00FA418E" w:rsidRDefault="002C7ED1" w:rsidP="00256DA9">
            <w:pPr>
              <w:spacing w:after="18" w:line="216" w:lineRule="auto"/>
              <w:ind w:left="58" w:right="540" w:firstLine="7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REFERENCAT: Shënoni dy persona të cilët e njohin karakterin dhe kualifikimet e juaja. Të mos jenë të afërm apo mbikëqyrës nga puna juaj e kaluar.</w:t>
            </w:r>
          </w:p>
          <w:p w14:paraId="0DEB292A" w14:textId="77777777" w:rsidR="002C7ED1" w:rsidRPr="00FA418E" w:rsidRDefault="002C7ED1" w:rsidP="00256DA9">
            <w:pPr>
              <w:spacing w:line="259" w:lineRule="auto"/>
              <w:ind w:left="58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PREPORUKE: Na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vedite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dve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osobe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skojima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niste u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srodsvu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niti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predpostavleni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, koje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u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poznałe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vasim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karakteristikama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kvalifikaci'ama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2C7ED1" w:rsidRPr="00FA418E" w14:paraId="20466608" w14:textId="77777777" w:rsidTr="00256DA9">
        <w:trPr>
          <w:trHeight w:val="497"/>
        </w:trPr>
        <w:tc>
          <w:tcPr>
            <w:tcW w:w="4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D35C23" w14:textId="77777777" w:rsidR="002C7ED1" w:rsidRPr="00FA418E" w:rsidRDefault="002C7ED1" w:rsidP="00256DA9">
            <w:pPr>
              <w:spacing w:line="259" w:lineRule="auto"/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Emri i plotë - Puno ime</w:t>
            </w:r>
          </w:p>
        </w:tc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2927D" w14:textId="77777777" w:rsidR="002C7ED1" w:rsidRPr="00FA418E" w:rsidRDefault="002C7ED1" w:rsidP="00256DA9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3AB535" w14:textId="77777777" w:rsidR="002C7ED1" w:rsidRPr="00FA418E" w:rsidRDefault="002C7ED1" w:rsidP="00256DA9">
            <w:pPr>
              <w:spacing w:line="259" w:lineRule="auto"/>
              <w:ind w:left="69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Profesioni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Zanimanje</w:t>
            </w:r>
            <w:proofErr w:type="spellEnd"/>
          </w:p>
        </w:tc>
      </w:tr>
      <w:tr w:rsidR="002C7ED1" w:rsidRPr="00FA418E" w14:paraId="041EF6D9" w14:textId="77777777" w:rsidTr="00256DA9">
        <w:trPr>
          <w:trHeight w:val="494"/>
        </w:trPr>
        <w:tc>
          <w:tcPr>
            <w:tcW w:w="4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50817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42342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9111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FA418E" w14:paraId="049D1E3A" w14:textId="77777777" w:rsidTr="00256DA9">
        <w:trPr>
          <w:trHeight w:val="482"/>
        </w:trPr>
        <w:tc>
          <w:tcPr>
            <w:tcW w:w="4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082C1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4E820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9EE70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2C7ED1" w:rsidRPr="00735003" w14:paraId="2E54FDA6" w14:textId="77777777" w:rsidTr="00256DA9">
        <w:trPr>
          <w:trHeight w:val="1154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D3AE3" w14:textId="77777777" w:rsidR="002C7ED1" w:rsidRPr="00FA418E" w:rsidRDefault="002C7ED1" w:rsidP="00256DA9">
            <w:pPr>
              <w:spacing w:after="49" w:line="223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u w:val="single" w:color="000000"/>
                <w:lang w:val="sq-AL"/>
              </w:rPr>
              <w:t>Shënim</w:t>
            </w: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: Kandidatët duhet të sigurojnë fotokopjet dokumenteve sipas konkursit dhe të sjellin origjinalet e tyre për verifikim me rastin e intervistës/</w:t>
            </w:r>
          </w:p>
          <w:p w14:paraId="1CE8E990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u w:val="single" w:color="000000"/>
                <w:lang w:val="sq-AL"/>
              </w:rPr>
              <w:t>Zapis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u w:val="single" w:color="000000"/>
                <w:lang w:val="sq-AL"/>
              </w:rPr>
              <w:t xml:space="preserve">: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Kanditati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trebaju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podoneti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fotokopiju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trazenih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dokumenata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po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konkursu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, te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sobom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poneti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originale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dokumenta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za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verifikaciju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prilikom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intervjuisnja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:</w:t>
            </w:r>
          </w:p>
        </w:tc>
      </w:tr>
      <w:tr w:rsidR="002C7ED1" w:rsidRPr="00735003" w14:paraId="71ECAADF" w14:textId="77777777" w:rsidTr="00256DA9">
        <w:trPr>
          <w:trHeight w:val="432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395F6" w14:textId="77777777" w:rsidR="002C7ED1" w:rsidRPr="00FA418E" w:rsidRDefault="002C7ED1" w:rsidP="00256DA9">
            <w:pPr>
              <w:spacing w:line="259" w:lineRule="auto"/>
              <w:ind w:left="36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1. Dëshmi të kualifikimeve shkollore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Dokaz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o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obrazovnim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kvalifikacijama</w:t>
            </w:r>
            <w:proofErr w:type="spellEnd"/>
          </w:p>
        </w:tc>
      </w:tr>
      <w:tr w:rsidR="002C7ED1" w:rsidRPr="00735003" w14:paraId="608C2FB6" w14:textId="77777777" w:rsidTr="00256DA9">
        <w:trPr>
          <w:trHeight w:val="420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4292C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2. Dëshmi për përvojën e punës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Dokaz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o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radnom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iskustvu</w:t>
            </w:r>
            <w:proofErr w:type="spellEnd"/>
          </w:p>
        </w:tc>
      </w:tr>
      <w:tr w:rsidR="002C7ED1" w:rsidRPr="00FA418E" w14:paraId="4AF7949E" w14:textId="77777777" w:rsidTr="00256DA9">
        <w:trPr>
          <w:trHeight w:val="422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0F31D4" w14:textId="77777777" w:rsidR="002C7ED1" w:rsidRPr="00FA418E" w:rsidRDefault="002C7ED1" w:rsidP="00256DA9">
            <w:pPr>
              <w:spacing w:line="259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3. Letër rekomandimet -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Preporuke</w:t>
            </w:r>
            <w:proofErr w:type="spellEnd"/>
          </w:p>
        </w:tc>
      </w:tr>
      <w:tr w:rsidR="002C7ED1" w:rsidRPr="00FA418E" w14:paraId="71C1CF36" w14:textId="77777777" w:rsidTr="00256DA9">
        <w:trPr>
          <w:trHeight w:val="554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D3BF4" w14:textId="77777777" w:rsidR="002C7ED1" w:rsidRPr="00FA418E" w:rsidRDefault="002C7ED1" w:rsidP="00256DA9">
            <w:pPr>
              <w:spacing w:line="259" w:lineRule="auto"/>
              <w:ind w:left="14" w:right="3187" w:hanging="14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4. Kopjet e dy raporteve të fundit të njëpasnjëshme të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vlersimit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të punës/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Kopije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iz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dva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zadija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izvestaja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za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procenu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rada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</w:tr>
      <w:tr w:rsidR="002C7ED1" w:rsidRPr="00FA418E" w14:paraId="6AAE7280" w14:textId="77777777" w:rsidTr="00256DA9">
        <w:trPr>
          <w:trHeight w:val="421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374713" w14:textId="77777777" w:rsidR="002C7ED1" w:rsidRPr="00FA418E" w:rsidRDefault="002C7ED1" w:rsidP="00256DA9">
            <w:pPr>
              <w:spacing w:line="259" w:lineRule="auto"/>
              <w:ind w:left="7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5. Dokument identifikimi - Dokument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identifikacije</w:t>
            </w:r>
            <w:proofErr w:type="spellEnd"/>
          </w:p>
        </w:tc>
      </w:tr>
      <w:tr w:rsidR="002C7ED1" w:rsidRPr="00FA418E" w14:paraId="5AB521E5" w14:textId="77777777" w:rsidTr="00256DA9">
        <w:trPr>
          <w:trHeight w:val="1197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6B8718" w14:textId="77777777" w:rsidR="002C7ED1" w:rsidRPr="00FA418E" w:rsidRDefault="002C7ED1" w:rsidP="00256DA9">
            <w:pPr>
              <w:spacing w:line="259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VËREJTJE:</w:t>
            </w:r>
          </w:p>
          <w:p w14:paraId="552A8174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Nëse aplikacionit nuk ia bashkëngjitni dokumentet e duhura dhe nuk e plotësoni atë me shënime të sakta, ju vetë do ta humbni rastin për t'u futur në listën e ngushtë.</w:t>
            </w:r>
          </w:p>
        </w:tc>
      </w:tr>
      <w:tr w:rsidR="002C7ED1" w:rsidRPr="00FA418E" w14:paraId="7A9518A1" w14:textId="77777777" w:rsidTr="00256DA9">
        <w:trPr>
          <w:trHeight w:val="1035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E23777" w14:textId="77777777" w:rsidR="002C7ED1" w:rsidRPr="00FA418E" w:rsidRDefault="002C7ED1" w:rsidP="00256DA9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OPOMENA:</w:t>
            </w:r>
          </w:p>
          <w:p w14:paraId="0E76B1F1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Ako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uz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prijavu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niste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priložili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potrebna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dokumenta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i niste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popunili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tačne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podatke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izgubićete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priliku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budete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u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užoj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listi.</w:t>
            </w:r>
          </w:p>
        </w:tc>
      </w:tr>
      <w:tr w:rsidR="002C7ED1" w:rsidRPr="00735003" w14:paraId="327F8365" w14:textId="77777777" w:rsidTr="00256DA9">
        <w:trPr>
          <w:trHeight w:val="633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ECD87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Garantoj se kam dhënë informacione të vërteta, korrekte dhe komplete në këtë formular/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Potvrdjujem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sam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dao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/dala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istinite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tacne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i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potpune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informacije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/</w:t>
            </w:r>
          </w:p>
        </w:tc>
      </w:tr>
      <w:tr w:rsidR="002C7ED1" w:rsidRPr="00FA418E" w14:paraId="1ED6E4A1" w14:textId="77777777" w:rsidTr="00256DA9">
        <w:trPr>
          <w:trHeight w:val="842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07AE1" w14:textId="77777777" w:rsidR="002C7ED1" w:rsidRPr="00FA418E" w:rsidRDefault="002C7ED1" w:rsidP="00256DA9">
            <w:pPr>
              <w:tabs>
                <w:tab w:val="center" w:pos="2835"/>
                <w:tab w:val="center" w:pos="7821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ab/>
            </w: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Nënshkrimi/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Potpis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:</w:t>
            </w:r>
            <w:r w:rsidRPr="00FA418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800C9B" wp14:editId="63707F22">
                  <wp:extent cx="2092429" cy="18280"/>
                  <wp:effectExtent l="0" t="0" r="0" b="0"/>
                  <wp:docPr id="59975" name="Picture 59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75" name="Picture 5997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429" cy="1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ab/>
              <w:t>Data/</w:t>
            </w:r>
            <w:proofErr w:type="spellStart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Datum</w:t>
            </w:r>
            <w:proofErr w:type="spellEnd"/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:</w:t>
            </w:r>
            <w:r w:rsidRPr="00FA418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CA19AF" wp14:editId="7D4842B6">
                  <wp:extent cx="1676684" cy="127955"/>
                  <wp:effectExtent l="0" t="0" r="0" b="0"/>
                  <wp:docPr id="59974" name="Picture 59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74" name="Picture 5997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684" cy="12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ED1" w:rsidRPr="00FA418E" w14:paraId="69D74A8B" w14:textId="77777777" w:rsidTr="00256DA9">
        <w:trPr>
          <w:trHeight w:val="1335"/>
        </w:trPr>
        <w:tc>
          <w:tcPr>
            <w:tcW w:w="1034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14:paraId="350DB4A1" w14:textId="77777777" w:rsidR="002C7ED1" w:rsidRPr="00FA418E" w:rsidRDefault="002C7ED1" w:rsidP="00256DA9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FA418E">
              <w:rPr>
                <w:rFonts w:ascii="Times New Roman" w:eastAsia="Calibri" w:hAnsi="Times New Roman" w:cs="Times New Roman"/>
                <w:sz w:val="24"/>
                <w:szCs w:val="24"/>
                <w:u w:val="single" w:color="000000"/>
                <w:lang w:val="sq-AL"/>
              </w:rPr>
              <w:t>Kërkesa e kompletuar duhet të mbyllet në kuvertë dhe të dërgohet në adresën sipas konkursit p</w:t>
            </w:r>
            <w:r w:rsidRPr="00FA418E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ublik</w:t>
            </w:r>
          </w:p>
        </w:tc>
      </w:tr>
      <w:tr w:rsidR="002C7ED1" w:rsidRPr="00FA418E" w14:paraId="3CA06DB1" w14:textId="77777777" w:rsidTr="00256DA9">
        <w:trPr>
          <w:trHeight w:val="44"/>
        </w:trPr>
        <w:tc>
          <w:tcPr>
            <w:tcW w:w="1034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3B055" w14:textId="77777777" w:rsidR="002C7ED1" w:rsidRPr="00FA418E" w:rsidRDefault="002C7ED1" w:rsidP="00256DA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1DDBBF9D" w14:textId="77777777" w:rsidR="004976DA" w:rsidRPr="00932129" w:rsidRDefault="004976DA" w:rsidP="00C547A3">
      <w:pPr>
        <w:tabs>
          <w:tab w:val="left" w:pos="300"/>
        </w:tabs>
        <w:spacing w:line="240" w:lineRule="auto"/>
        <w:rPr>
          <w:rFonts w:ascii="Times New Roman" w:eastAsia="Times New Roman" w:hAnsi="Times New Roman" w:cs="Times New Roman"/>
          <w:b/>
          <w:lang w:val="sq-AL"/>
        </w:rPr>
      </w:pPr>
    </w:p>
    <w:sectPr w:rsidR="004976DA" w:rsidRPr="00932129" w:rsidSect="008A3FDD">
      <w:footerReference w:type="default" r:id="rId12"/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3403B" w14:textId="77777777" w:rsidR="00B838AA" w:rsidRDefault="00B838AA" w:rsidP="00C23A42">
      <w:pPr>
        <w:spacing w:after="0" w:line="240" w:lineRule="auto"/>
      </w:pPr>
      <w:r>
        <w:separator/>
      </w:r>
    </w:p>
  </w:endnote>
  <w:endnote w:type="continuationSeparator" w:id="0">
    <w:p w14:paraId="133961FC" w14:textId="77777777" w:rsidR="00B838AA" w:rsidRDefault="00B838AA" w:rsidP="00C2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202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35DF6" w14:textId="77777777" w:rsidR="00BC3465" w:rsidRDefault="00BC34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500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4F886096" w14:textId="77777777" w:rsidR="00BC3465" w:rsidRDefault="00BC3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E03B" w14:textId="77777777" w:rsidR="00B838AA" w:rsidRDefault="00B838AA" w:rsidP="00C23A42">
      <w:pPr>
        <w:spacing w:after="0" w:line="240" w:lineRule="auto"/>
      </w:pPr>
      <w:r>
        <w:separator/>
      </w:r>
    </w:p>
  </w:footnote>
  <w:footnote w:type="continuationSeparator" w:id="0">
    <w:p w14:paraId="060DFA71" w14:textId="77777777" w:rsidR="00B838AA" w:rsidRDefault="00B838AA" w:rsidP="00C23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531EAD"/>
    <w:multiLevelType w:val="hybridMultilevel"/>
    <w:tmpl w:val="03543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027DB"/>
    <w:multiLevelType w:val="hybridMultilevel"/>
    <w:tmpl w:val="5A62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E3E56"/>
    <w:multiLevelType w:val="hybridMultilevel"/>
    <w:tmpl w:val="A8D8D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8F04F2"/>
    <w:multiLevelType w:val="multilevel"/>
    <w:tmpl w:val="C56093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0" w15:restartNumberingAfterBreak="0">
    <w:nsid w:val="138225FA"/>
    <w:multiLevelType w:val="hybridMultilevel"/>
    <w:tmpl w:val="24AE9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531ADA"/>
    <w:multiLevelType w:val="multilevel"/>
    <w:tmpl w:val="6444E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18663FF4"/>
    <w:multiLevelType w:val="hybridMultilevel"/>
    <w:tmpl w:val="4E9C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D0571"/>
    <w:multiLevelType w:val="hybridMultilevel"/>
    <w:tmpl w:val="DF648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272B38"/>
    <w:multiLevelType w:val="multilevel"/>
    <w:tmpl w:val="7AF21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09E7DC5"/>
    <w:multiLevelType w:val="multilevel"/>
    <w:tmpl w:val="85B61E2A"/>
    <w:lvl w:ilvl="0">
      <w:start w:val="1"/>
      <w:numFmt w:val="decimal"/>
      <w:lvlText w:val="%1."/>
      <w:lvlJc w:val="left"/>
      <w:pPr>
        <w:ind w:left="7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032573"/>
    <w:multiLevelType w:val="hybridMultilevel"/>
    <w:tmpl w:val="29F89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84814"/>
    <w:multiLevelType w:val="hybridMultilevel"/>
    <w:tmpl w:val="820CA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C415F"/>
    <w:multiLevelType w:val="hybridMultilevel"/>
    <w:tmpl w:val="450C3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320D2"/>
    <w:multiLevelType w:val="hybridMultilevel"/>
    <w:tmpl w:val="5A62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20076"/>
    <w:multiLevelType w:val="hybridMultilevel"/>
    <w:tmpl w:val="0172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A4CB5"/>
    <w:multiLevelType w:val="hybridMultilevel"/>
    <w:tmpl w:val="17185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A60E7"/>
    <w:multiLevelType w:val="hybridMultilevel"/>
    <w:tmpl w:val="99C8F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D1E48"/>
    <w:multiLevelType w:val="hybridMultilevel"/>
    <w:tmpl w:val="96F6D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46F22"/>
    <w:multiLevelType w:val="hybridMultilevel"/>
    <w:tmpl w:val="15829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01763C"/>
    <w:multiLevelType w:val="multilevel"/>
    <w:tmpl w:val="85463D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80E3DAD"/>
    <w:multiLevelType w:val="hybridMultilevel"/>
    <w:tmpl w:val="CD9A3AF8"/>
    <w:lvl w:ilvl="0" w:tplc="0409000F">
      <w:start w:val="1"/>
      <w:numFmt w:val="decimal"/>
      <w:lvlText w:val="%1."/>
      <w:lvlJc w:val="left"/>
      <w:pPr>
        <w:ind w:left="791" w:hanging="360"/>
      </w:p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7" w15:restartNumberingAfterBreak="0">
    <w:nsid w:val="6E83571E"/>
    <w:multiLevelType w:val="hybridMultilevel"/>
    <w:tmpl w:val="A5260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E2099"/>
    <w:multiLevelType w:val="hybridMultilevel"/>
    <w:tmpl w:val="DE620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31FDE"/>
    <w:multiLevelType w:val="hybridMultilevel"/>
    <w:tmpl w:val="E1D2B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24"/>
  </w:num>
  <w:num w:numId="8">
    <w:abstractNumId w:val="11"/>
  </w:num>
  <w:num w:numId="9">
    <w:abstractNumId w:val="25"/>
  </w:num>
  <w:num w:numId="10">
    <w:abstractNumId w:val="23"/>
  </w:num>
  <w:num w:numId="11">
    <w:abstractNumId w:val="14"/>
  </w:num>
  <w:num w:numId="12">
    <w:abstractNumId w:val="15"/>
  </w:num>
  <w:num w:numId="13">
    <w:abstractNumId w:val="26"/>
  </w:num>
  <w:num w:numId="14">
    <w:abstractNumId w:val="27"/>
  </w:num>
  <w:num w:numId="15">
    <w:abstractNumId w:val="18"/>
  </w:num>
  <w:num w:numId="16">
    <w:abstractNumId w:val="13"/>
  </w:num>
  <w:num w:numId="17">
    <w:abstractNumId w:val="22"/>
  </w:num>
  <w:num w:numId="18">
    <w:abstractNumId w:val="20"/>
  </w:num>
  <w:num w:numId="19">
    <w:abstractNumId w:val="29"/>
  </w:num>
  <w:num w:numId="20">
    <w:abstractNumId w:val="16"/>
  </w:num>
  <w:num w:numId="21">
    <w:abstractNumId w:val="12"/>
  </w:num>
  <w:num w:numId="22">
    <w:abstractNumId w:val="9"/>
  </w:num>
  <w:num w:numId="23">
    <w:abstractNumId w:val="17"/>
  </w:num>
  <w:num w:numId="24">
    <w:abstractNumId w:val="6"/>
  </w:num>
  <w:num w:numId="25">
    <w:abstractNumId w:val="10"/>
  </w:num>
  <w:num w:numId="26">
    <w:abstractNumId w:val="21"/>
  </w:num>
  <w:num w:numId="27">
    <w:abstractNumId w:val="8"/>
  </w:num>
  <w:num w:numId="28">
    <w:abstractNumId w:val="28"/>
  </w:num>
  <w:num w:numId="29">
    <w:abstractNumId w:val="19"/>
  </w:num>
  <w:num w:numId="30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B4"/>
    <w:rsid w:val="00002F96"/>
    <w:rsid w:val="00005DC0"/>
    <w:rsid w:val="0000609F"/>
    <w:rsid w:val="00021A36"/>
    <w:rsid w:val="000225D3"/>
    <w:rsid w:val="000266F9"/>
    <w:rsid w:val="00031A73"/>
    <w:rsid w:val="00034616"/>
    <w:rsid w:val="00047DE1"/>
    <w:rsid w:val="00051D11"/>
    <w:rsid w:val="00055B47"/>
    <w:rsid w:val="0006063C"/>
    <w:rsid w:val="00060F9C"/>
    <w:rsid w:val="0006170C"/>
    <w:rsid w:val="00070F18"/>
    <w:rsid w:val="00073443"/>
    <w:rsid w:val="0007610F"/>
    <w:rsid w:val="000814C2"/>
    <w:rsid w:val="00084B6F"/>
    <w:rsid w:val="00085BCD"/>
    <w:rsid w:val="00086D73"/>
    <w:rsid w:val="00091360"/>
    <w:rsid w:val="00091547"/>
    <w:rsid w:val="0009325D"/>
    <w:rsid w:val="00095398"/>
    <w:rsid w:val="000A190D"/>
    <w:rsid w:val="000A1A57"/>
    <w:rsid w:val="000A5E0F"/>
    <w:rsid w:val="000A7307"/>
    <w:rsid w:val="000B09CD"/>
    <w:rsid w:val="000B23C2"/>
    <w:rsid w:val="000B5125"/>
    <w:rsid w:val="000C4214"/>
    <w:rsid w:val="000E354B"/>
    <w:rsid w:val="000E3678"/>
    <w:rsid w:val="000E74DB"/>
    <w:rsid w:val="000F1159"/>
    <w:rsid w:val="000F3C9A"/>
    <w:rsid w:val="000F441D"/>
    <w:rsid w:val="000F50EA"/>
    <w:rsid w:val="00101F7E"/>
    <w:rsid w:val="00105B43"/>
    <w:rsid w:val="0010625B"/>
    <w:rsid w:val="00113107"/>
    <w:rsid w:val="00113748"/>
    <w:rsid w:val="00115BEE"/>
    <w:rsid w:val="001169FB"/>
    <w:rsid w:val="00130226"/>
    <w:rsid w:val="0013233B"/>
    <w:rsid w:val="00133058"/>
    <w:rsid w:val="00133D64"/>
    <w:rsid w:val="0015074B"/>
    <w:rsid w:val="00153624"/>
    <w:rsid w:val="0016321C"/>
    <w:rsid w:val="00167A0F"/>
    <w:rsid w:val="0017264B"/>
    <w:rsid w:val="00172DE8"/>
    <w:rsid w:val="0017646B"/>
    <w:rsid w:val="00176D38"/>
    <w:rsid w:val="00180815"/>
    <w:rsid w:val="001812DF"/>
    <w:rsid w:val="001902AF"/>
    <w:rsid w:val="00190ACF"/>
    <w:rsid w:val="001B24E9"/>
    <w:rsid w:val="001B355A"/>
    <w:rsid w:val="001B4E95"/>
    <w:rsid w:val="001B5C40"/>
    <w:rsid w:val="001B71BC"/>
    <w:rsid w:val="001D343A"/>
    <w:rsid w:val="001D58E1"/>
    <w:rsid w:val="001E489F"/>
    <w:rsid w:val="001F68B6"/>
    <w:rsid w:val="00204521"/>
    <w:rsid w:val="002149B1"/>
    <w:rsid w:val="00214B7C"/>
    <w:rsid w:val="00223973"/>
    <w:rsid w:val="00230176"/>
    <w:rsid w:val="00233849"/>
    <w:rsid w:val="002420D2"/>
    <w:rsid w:val="00242D3C"/>
    <w:rsid w:val="00255889"/>
    <w:rsid w:val="00257C87"/>
    <w:rsid w:val="00266746"/>
    <w:rsid w:val="00274170"/>
    <w:rsid w:val="00276758"/>
    <w:rsid w:val="00277208"/>
    <w:rsid w:val="00283246"/>
    <w:rsid w:val="00283923"/>
    <w:rsid w:val="0029639D"/>
    <w:rsid w:val="002B0A88"/>
    <w:rsid w:val="002C03F8"/>
    <w:rsid w:val="002C0744"/>
    <w:rsid w:val="002C5565"/>
    <w:rsid w:val="002C7AD7"/>
    <w:rsid w:val="002C7ED1"/>
    <w:rsid w:val="002E052F"/>
    <w:rsid w:val="002E5FFD"/>
    <w:rsid w:val="002E6CC5"/>
    <w:rsid w:val="002F4B1A"/>
    <w:rsid w:val="002F6B6B"/>
    <w:rsid w:val="00301E9A"/>
    <w:rsid w:val="003145E9"/>
    <w:rsid w:val="00326F90"/>
    <w:rsid w:val="00350047"/>
    <w:rsid w:val="00352352"/>
    <w:rsid w:val="00355A4C"/>
    <w:rsid w:val="00355E02"/>
    <w:rsid w:val="00357E44"/>
    <w:rsid w:val="00360A31"/>
    <w:rsid w:val="00364F0C"/>
    <w:rsid w:val="003747BE"/>
    <w:rsid w:val="003772DE"/>
    <w:rsid w:val="003828BE"/>
    <w:rsid w:val="00386267"/>
    <w:rsid w:val="003A2A1C"/>
    <w:rsid w:val="003A5D8A"/>
    <w:rsid w:val="003C406F"/>
    <w:rsid w:val="003C6418"/>
    <w:rsid w:val="003D087B"/>
    <w:rsid w:val="003D19AD"/>
    <w:rsid w:val="003F07DD"/>
    <w:rsid w:val="004008E7"/>
    <w:rsid w:val="00406654"/>
    <w:rsid w:val="00412BD4"/>
    <w:rsid w:val="00413BCF"/>
    <w:rsid w:val="00413DA6"/>
    <w:rsid w:val="00414FF8"/>
    <w:rsid w:val="00422DAC"/>
    <w:rsid w:val="004241D3"/>
    <w:rsid w:val="004262E4"/>
    <w:rsid w:val="004262EE"/>
    <w:rsid w:val="00427C9A"/>
    <w:rsid w:val="00427E99"/>
    <w:rsid w:val="00433247"/>
    <w:rsid w:val="00433A97"/>
    <w:rsid w:val="00435111"/>
    <w:rsid w:val="00436D5C"/>
    <w:rsid w:val="00442E1E"/>
    <w:rsid w:val="00443313"/>
    <w:rsid w:val="004437FB"/>
    <w:rsid w:val="00444366"/>
    <w:rsid w:val="0045595A"/>
    <w:rsid w:val="00456311"/>
    <w:rsid w:val="0045726A"/>
    <w:rsid w:val="00464009"/>
    <w:rsid w:val="0046638F"/>
    <w:rsid w:val="00466735"/>
    <w:rsid w:val="00472D9F"/>
    <w:rsid w:val="00486E14"/>
    <w:rsid w:val="004976DA"/>
    <w:rsid w:val="004A51D8"/>
    <w:rsid w:val="004B3DAE"/>
    <w:rsid w:val="004B60F9"/>
    <w:rsid w:val="004C5629"/>
    <w:rsid w:val="004E0827"/>
    <w:rsid w:val="004E31E8"/>
    <w:rsid w:val="004E51D6"/>
    <w:rsid w:val="004E54B3"/>
    <w:rsid w:val="004E5A4D"/>
    <w:rsid w:val="004F4939"/>
    <w:rsid w:val="004F4CAB"/>
    <w:rsid w:val="004F68A1"/>
    <w:rsid w:val="005020AD"/>
    <w:rsid w:val="00504C0E"/>
    <w:rsid w:val="005122B7"/>
    <w:rsid w:val="00512E01"/>
    <w:rsid w:val="0051540F"/>
    <w:rsid w:val="0053652D"/>
    <w:rsid w:val="005507F7"/>
    <w:rsid w:val="00552D13"/>
    <w:rsid w:val="00553F0F"/>
    <w:rsid w:val="005555C1"/>
    <w:rsid w:val="00575AF9"/>
    <w:rsid w:val="00577D7E"/>
    <w:rsid w:val="005812D9"/>
    <w:rsid w:val="00581A00"/>
    <w:rsid w:val="00583741"/>
    <w:rsid w:val="005905C7"/>
    <w:rsid w:val="00592D5D"/>
    <w:rsid w:val="005A0D58"/>
    <w:rsid w:val="005A1F9F"/>
    <w:rsid w:val="005A2B2F"/>
    <w:rsid w:val="005B0917"/>
    <w:rsid w:val="005B5289"/>
    <w:rsid w:val="005C5687"/>
    <w:rsid w:val="005E15F9"/>
    <w:rsid w:val="005F51B5"/>
    <w:rsid w:val="005F6456"/>
    <w:rsid w:val="005F68E9"/>
    <w:rsid w:val="005F7D8E"/>
    <w:rsid w:val="00601BFD"/>
    <w:rsid w:val="00607E07"/>
    <w:rsid w:val="00610E5F"/>
    <w:rsid w:val="0061200B"/>
    <w:rsid w:val="00614F61"/>
    <w:rsid w:val="00620316"/>
    <w:rsid w:val="00624A07"/>
    <w:rsid w:val="00633C05"/>
    <w:rsid w:val="00634180"/>
    <w:rsid w:val="00637C02"/>
    <w:rsid w:val="006663E3"/>
    <w:rsid w:val="006A3FBF"/>
    <w:rsid w:val="006A5D6B"/>
    <w:rsid w:val="006B07A6"/>
    <w:rsid w:val="006D53D5"/>
    <w:rsid w:val="006D5E80"/>
    <w:rsid w:val="006D75A2"/>
    <w:rsid w:val="006E3FC0"/>
    <w:rsid w:val="006F1086"/>
    <w:rsid w:val="007023B6"/>
    <w:rsid w:val="00702D8F"/>
    <w:rsid w:val="00713759"/>
    <w:rsid w:val="00727BE3"/>
    <w:rsid w:val="00732742"/>
    <w:rsid w:val="00734CC5"/>
    <w:rsid w:val="00735003"/>
    <w:rsid w:val="00736BC5"/>
    <w:rsid w:val="00742E00"/>
    <w:rsid w:val="007554E4"/>
    <w:rsid w:val="007670DC"/>
    <w:rsid w:val="00772E68"/>
    <w:rsid w:val="007903CF"/>
    <w:rsid w:val="0079054F"/>
    <w:rsid w:val="00792E03"/>
    <w:rsid w:val="007A0E6F"/>
    <w:rsid w:val="007A15F5"/>
    <w:rsid w:val="007B0D33"/>
    <w:rsid w:val="007B6AC9"/>
    <w:rsid w:val="007B6E86"/>
    <w:rsid w:val="007C0982"/>
    <w:rsid w:val="007D0072"/>
    <w:rsid w:val="0080244B"/>
    <w:rsid w:val="00807E3C"/>
    <w:rsid w:val="00817506"/>
    <w:rsid w:val="008247D0"/>
    <w:rsid w:val="00836349"/>
    <w:rsid w:val="008371D9"/>
    <w:rsid w:val="00841CF5"/>
    <w:rsid w:val="008512FA"/>
    <w:rsid w:val="00856AD3"/>
    <w:rsid w:val="00871A7B"/>
    <w:rsid w:val="00871F9B"/>
    <w:rsid w:val="008826E2"/>
    <w:rsid w:val="00883480"/>
    <w:rsid w:val="008867F3"/>
    <w:rsid w:val="00892CB7"/>
    <w:rsid w:val="008A0EC4"/>
    <w:rsid w:val="008A3FDD"/>
    <w:rsid w:val="008C00BD"/>
    <w:rsid w:val="008C3ACF"/>
    <w:rsid w:val="008D37E0"/>
    <w:rsid w:val="008D5C65"/>
    <w:rsid w:val="008D727E"/>
    <w:rsid w:val="008E5357"/>
    <w:rsid w:val="008E5539"/>
    <w:rsid w:val="008E6595"/>
    <w:rsid w:val="00907EA9"/>
    <w:rsid w:val="00915EF4"/>
    <w:rsid w:val="0091765F"/>
    <w:rsid w:val="0092009E"/>
    <w:rsid w:val="0092100D"/>
    <w:rsid w:val="009305D3"/>
    <w:rsid w:val="00932129"/>
    <w:rsid w:val="00943200"/>
    <w:rsid w:val="00943943"/>
    <w:rsid w:val="00944492"/>
    <w:rsid w:val="00957408"/>
    <w:rsid w:val="00957E95"/>
    <w:rsid w:val="0096173D"/>
    <w:rsid w:val="009627B2"/>
    <w:rsid w:val="00963488"/>
    <w:rsid w:val="00963AB5"/>
    <w:rsid w:val="009743FD"/>
    <w:rsid w:val="009754D5"/>
    <w:rsid w:val="00983A91"/>
    <w:rsid w:val="00984467"/>
    <w:rsid w:val="0099493C"/>
    <w:rsid w:val="009958F1"/>
    <w:rsid w:val="009A02E2"/>
    <w:rsid w:val="009A6275"/>
    <w:rsid w:val="009C67B1"/>
    <w:rsid w:val="009D418B"/>
    <w:rsid w:val="009E7D42"/>
    <w:rsid w:val="009F2EDE"/>
    <w:rsid w:val="00A03128"/>
    <w:rsid w:val="00A07D40"/>
    <w:rsid w:val="00A1044B"/>
    <w:rsid w:val="00A11140"/>
    <w:rsid w:val="00A137A6"/>
    <w:rsid w:val="00A24D1C"/>
    <w:rsid w:val="00A323A6"/>
    <w:rsid w:val="00A332A8"/>
    <w:rsid w:val="00A4044C"/>
    <w:rsid w:val="00A47FB7"/>
    <w:rsid w:val="00A53625"/>
    <w:rsid w:val="00A5501C"/>
    <w:rsid w:val="00A574F0"/>
    <w:rsid w:val="00A62583"/>
    <w:rsid w:val="00A7070E"/>
    <w:rsid w:val="00A82272"/>
    <w:rsid w:val="00A86852"/>
    <w:rsid w:val="00A9012F"/>
    <w:rsid w:val="00A92960"/>
    <w:rsid w:val="00A96862"/>
    <w:rsid w:val="00AA1D8D"/>
    <w:rsid w:val="00AD7298"/>
    <w:rsid w:val="00AE23BA"/>
    <w:rsid w:val="00AE419C"/>
    <w:rsid w:val="00B0167D"/>
    <w:rsid w:val="00B01FAC"/>
    <w:rsid w:val="00B05D35"/>
    <w:rsid w:val="00B06A6B"/>
    <w:rsid w:val="00B10DDA"/>
    <w:rsid w:val="00B22CDF"/>
    <w:rsid w:val="00B27CA8"/>
    <w:rsid w:val="00B35B74"/>
    <w:rsid w:val="00B4458B"/>
    <w:rsid w:val="00B46B59"/>
    <w:rsid w:val="00B47730"/>
    <w:rsid w:val="00B53394"/>
    <w:rsid w:val="00B53EEF"/>
    <w:rsid w:val="00B55852"/>
    <w:rsid w:val="00B5696B"/>
    <w:rsid w:val="00B56DF9"/>
    <w:rsid w:val="00B76C1A"/>
    <w:rsid w:val="00B76C98"/>
    <w:rsid w:val="00B838AA"/>
    <w:rsid w:val="00B85555"/>
    <w:rsid w:val="00B87DED"/>
    <w:rsid w:val="00B93102"/>
    <w:rsid w:val="00B931D1"/>
    <w:rsid w:val="00BB248C"/>
    <w:rsid w:val="00BB6B99"/>
    <w:rsid w:val="00BC3465"/>
    <w:rsid w:val="00BC7EC3"/>
    <w:rsid w:val="00BD0BA8"/>
    <w:rsid w:val="00BD1A14"/>
    <w:rsid w:val="00BD25F4"/>
    <w:rsid w:val="00BD3C36"/>
    <w:rsid w:val="00BE2418"/>
    <w:rsid w:val="00BF43BE"/>
    <w:rsid w:val="00BF764E"/>
    <w:rsid w:val="00C0339A"/>
    <w:rsid w:val="00C156FA"/>
    <w:rsid w:val="00C23A42"/>
    <w:rsid w:val="00C35D7E"/>
    <w:rsid w:val="00C3782D"/>
    <w:rsid w:val="00C4582C"/>
    <w:rsid w:val="00C547A3"/>
    <w:rsid w:val="00C60EDD"/>
    <w:rsid w:val="00C64646"/>
    <w:rsid w:val="00C71E9C"/>
    <w:rsid w:val="00C74102"/>
    <w:rsid w:val="00C763B6"/>
    <w:rsid w:val="00C8061A"/>
    <w:rsid w:val="00C83E4B"/>
    <w:rsid w:val="00C846FD"/>
    <w:rsid w:val="00C84F27"/>
    <w:rsid w:val="00C938ED"/>
    <w:rsid w:val="00CA0BDF"/>
    <w:rsid w:val="00CA7B20"/>
    <w:rsid w:val="00CA7C42"/>
    <w:rsid w:val="00CB0664"/>
    <w:rsid w:val="00CB0F98"/>
    <w:rsid w:val="00CB2DD0"/>
    <w:rsid w:val="00CB4589"/>
    <w:rsid w:val="00CC7832"/>
    <w:rsid w:val="00CD04F5"/>
    <w:rsid w:val="00CD0E5F"/>
    <w:rsid w:val="00CD6387"/>
    <w:rsid w:val="00CE02F4"/>
    <w:rsid w:val="00CE13AE"/>
    <w:rsid w:val="00CE2274"/>
    <w:rsid w:val="00CF2F2D"/>
    <w:rsid w:val="00CF44E3"/>
    <w:rsid w:val="00CF4F62"/>
    <w:rsid w:val="00D034FE"/>
    <w:rsid w:val="00D06ED0"/>
    <w:rsid w:val="00D10BCB"/>
    <w:rsid w:val="00D10C0D"/>
    <w:rsid w:val="00D21CB6"/>
    <w:rsid w:val="00D2237F"/>
    <w:rsid w:val="00D31A01"/>
    <w:rsid w:val="00D41E85"/>
    <w:rsid w:val="00D55827"/>
    <w:rsid w:val="00D56549"/>
    <w:rsid w:val="00D57410"/>
    <w:rsid w:val="00D61F2A"/>
    <w:rsid w:val="00D632E3"/>
    <w:rsid w:val="00D676DB"/>
    <w:rsid w:val="00D677B5"/>
    <w:rsid w:val="00D67F9D"/>
    <w:rsid w:val="00D80274"/>
    <w:rsid w:val="00D874DC"/>
    <w:rsid w:val="00D9222A"/>
    <w:rsid w:val="00D97A9A"/>
    <w:rsid w:val="00DA1E6F"/>
    <w:rsid w:val="00DA73A1"/>
    <w:rsid w:val="00DB0432"/>
    <w:rsid w:val="00DB1F67"/>
    <w:rsid w:val="00DB37E7"/>
    <w:rsid w:val="00DB5E57"/>
    <w:rsid w:val="00DB6D5B"/>
    <w:rsid w:val="00DC387B"/>
    <w:rsid w:val="00DD2823"/>
    <w:rsid w:val="00DD48E5"/>
    <w:rsid w:val="00DD632F"/>
    <w:rsid w:val="00DF175A"/>
    <w:rsid w:val="00DF264D"/>
    <w:rsid w:val="00DF780A"/>
    <w:rsid w:val="00E0077C"/>
    <w:rsid w:val="00E03D99"/>
    <w:rsid w:val="00E1565C"/>
    <w:rsid w:val="00E2503C"/>
    <w:rsid w:val="00E251E3"/>
    <w:rsid w:val="00E26809"/>
    <w:rsid w:val="00E32038"/>
    <w:rsid w:val="00E44256"/>
    <w:rsid w:val="00E44C65"/>
    <w:rsid w:val="00E51500"/>
    <w:rsid w:val="00E67A0B"/>
    <w:rsid w:val="00E7587D"/>
    <w:rsid w:val="00E82E20"/>
    <w:rsid w:val="00E87CFF"/>
    <w:rsid w:val="00E905C1"/>
    <w:rsid w:val="00E954D4"/>
    <w:rsid w:val="00E975C5"/>
    <w:rsid w:val="00EA7EDB"/>
    <w:rsid w:val="00EB09B8"/>
    <w:rsid w:val="00EB4935"/>
    <w:rsid w:val="00EB77A7"/>
    <w:rsid w:val="00EB7DDE"/>
    <w:rsid w:val="00EC374A"/>
    <w:rsid w:val="00ED1B21"/>
    <w:rsid w:val="00EE05D8"/>
    <w:rsid w:val="00EE3448"/>
    <w:rsid w:val="00EE52FC"/>
    <w:rsid w:val="00EF09E2"/>
    <w:rsid w:val="00EF708E"/>
    <w:rsid w:val="00F011DD"/>
    <w:rsid w:val="00F022FF"/>
    <w:rsid w:val="00F06BB1"/>
    <w:rsid w:val="00F10FD1"/>
    <w:rsid w:val="00F24E71"/>
    <w:rsid w:val="00F5434E"/>
    <w:rsid w:val="00F630F9"/>
    <w:rsid w:val="00F633C5"/>
    <w:rsid w:val="00F67E4B"/>
    <w:rsid w:val="00F771F1"/>
    <w:rsid w:val="00F775BC"/>
    <w:rsid w:val="00F817C2"/>
    <w:rsid w:val="00F87041"/>
    <w:rsid w:val="00FB2719"/>
    <w:rsid w:val="00FB29E7"/>
    <w:rsid w:val="00FB5102"/>
    <w:rsid w:val="00FC1434"/>
    <w:rsid w:val="00FC59EA"/>
    <w:rsid w:val="00FC693F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574767"/>
  <w14:defaultImageDpi w14:val="300"/>
  <w15:docId w15:val="{6C4ACE96-1D2D-4A7C-B7FF-8163D047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Bullet Points,Liste Paragraf,Citation List,Bullets,References,Liste 1,List Paragraph nowy,Numbered List Paragraph,List Paragraph (numbered (a)),Medium Grid 1 - Accent 21,Paragraphe de liste2,Paragraphe de liste1,Dot pt,F5 List Paragraph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120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q-AL" w:eastAsia="sq-AL"/>
    </w:rPr>
  </w:style>
  <w:style w:type="character" w:customStyle="1" w:styleId="ListParagraphChar">
    <w:name w:val="List Paragraph Char"/>
    <w:aliases w:val="Bullet Points Char,Liste Paragraf Char,Citation List Char,Bullets Char,References Char,Liste 1 Char,List Paragraph nowy Char,Numbered List Paragraph Char,List Paragraph (numbered (a)) Char,Medium Grid 1 - Accent 21 Char,Dot pt Char"/>
    <w:link w:val="ListParagraph"/>
    <w:uiPriority w:val="34"/>
    <w:qFormat/>
    <w:locked/>
    <w:rsid w:val="00DB6D5B"/>
  </w:style>
  <w:style w:type="character" w:styleId="CommentReference">
    <w:name w:val="annotation reference"/>
    <w:basedOn w:val="DefaultParagraphFont"/>
    <w:uiPriority w:val="99"/>
    <w:semiHidden/>
    <w:unhideWhenUsed/>
    <w:rsid w:val="002832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2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2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2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2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246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B5339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B6AC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DB15C3-73FF-402A-A4F7-7BF174C8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Salihe Prekadini</cp:lastModifiedBy>
  <cp:revision>2</cp:revision>
  <dcterms:created xsi:type="dcterms:W3CDTF">2026-09-02T12:12:00Z</dcterms:created>
  <dcterms:modified xsi:type="dcterms:W3CDTF">2026-09-02T12:12:00Z</dcterms:modified>
  <cp:category/>
</cp:coreProperties>
</file>